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top w:val="single" w:sz="0" w:space="0" w:color="B7000E"/>
          <w:left w:val="single" w:sz="0" w:space="0" w:color="B7000E"/>
          <w:bottom w:val="single" w:sz="0" w:space="0" w:color="B7000E"/>
          <w:right w:val="single" w:sz="0" w:space="0" w:color="B7000E"/>
          <w:insideH w:val="single" w:sz="0" w:space="0" w:color="B7000E"/>
          <w:insideV w:val="single" w:sz="0" w:space="0" w:color="B7000E"/>
        </w:tblBorders>
        <w:tblLook w:val="04A0" w:firstRow="1" w:lastRow="0" w:firstColumn="1" w:lastColumn="0" w:noHBand="0" w:noVBand="1"/>
      </w:tblPr>
      <w:tblGrid>
        <w:gridCol w:w="10166"/>
      </w:tblGrid>
      <w:tr w:rsidR="00D4248B" w14:paraId="39FD0F3A" w14:textId="77777777">
        <w:trPr>
          <w:cantSplit/>
          <w:jc w:val="center"/>
        </w:trPr>
        <w:tc>
          <w:tcPr>
            <w:tcW w:w="10166" w:type="dxa"/>
            <w:shd w:val="clear" w:color="auto" w:fill="B7000E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0BD30896" w14:textId="77777777" w:rsidR="00D4248B" w:rsidRDefault="003E4FF0">
            <w:r>
              <w:rPr>
                <w:b/>
                <w:color w:val="FFFFFF"/>
                <w:sz w:val="23"/>
              </w:rPr>
              <w:t>CANADIAN CYBER</w:t>
            </w:r>
          </w:p>
        </w:tc>
      </w:tr>
    </w:tbl>
    <w:p w14:paraId="3C3DE868" w14:textId="77777777" w:rsidR="00D4248B" w:rsidRDefault="003E4FF0">
      <w:pPr>
        <w:spacing w:before="440" w:after="100"/>
      </w:pPr>
      <w:r>
        <w:rPr>
          <w:b/>
          <w:color w:val="111827"/>
          <w:sz w:val="50"/>
        </w:rPr>
        <w:t>ISO 27001 Management Review Minutes Template</w:t>
      </w:r>
    </w:p>
    <w:p w14:paraId="2E09AA6F" w14:textId="77777777" w:rsidR="00D4248B" w:rsidRDefault="003E4FF0">
      <w:pPr>
        <w:spacing w:after="320"/>
      </w:pPr>
      <w:r>
        <w:rPr>
          <w:b/>
          <w:color w:val="B7000E"/>
          <w:sz w:val="26"/>
        </w:rPr>
        <w:t>Agenda, Inputs, Outputs, and Evidence | ISO/IEC 27001:2022 Clause 9.3</w:t>
      </w:r>
    </w:p>
    <w:tbl>
      <w:tblPr>
        <w:tblW w:w="0" w:type="auto"/>
        <w:jc w:val="center"/>
        <w:tblBorders>
          <w:top w:val="single" w:sz="6" w:space="0" w:color="F2D3D6"/>
          <w:left w:val="single" w:sz="6" w:space="0" w:color="F2D3D6"/>
          <w:bottom w:val="single" w:sz="6" w:space="0" w:color="F2D3D6"/>
          <w:right w:val="single" w:sz="6" w:space="0" w:color="F2D3D6"/>
          <w:insideH w:val="single" w:sz="6" w:space="0" w:color="F2D3D6"/>
          <w:insideV w:val="single" w:sz="6" w:space="0" w:color="F2D3D6"/>
        </w:tblBorders>
        <w:tblLook w:val="04A0" w:firstRow="1" w:lastRow="0" w:firstColumn="1" w:lastColumn="0" w:noHBand="0" w:noVBand="1"/>
      </w:tblPr>
      <w:tblGrid>
        <w:gridCol w:w="10150"/>
      </w:tblGrid>
      <w:tr w:rsidR="00D4248B" w14:paraId="5B67E604" w14:textId="77777777">
        <w:trPr>
          <w:cantSplit/>
          <w:jc w:val="center"/>
        </w:trPr>
        <w:tc>
          <w:tcPr>
            <w:tcW w:w="10166" w:type="dxa"/>
            <w:shd w:val="clear" w:color="auto" w:fill="FFF7F8"/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43DC3732" w14:textId="77777777" w:rsidR="00D4248B" w:rsidRDefault="003E4FF0">
            <w:pPr>
              <w:spacing w:after="80"/>
            </w:pPr>
            <w:r>
              <w:rPr>
                <w:b/>
                <w:color w:val="B7000E"/>
              </w:rPr>
              <w:t>How to use this template</w:t>
            </w:r>
          </w:p>
          <w:p w14:paraId="723E4EF4" w14:textId="77777777" w:rsidR="00D4248B" w:rsidRDefault="003E4FF0">
            <w:pPr>
              <w:spacing w:after="0"/>
            </w:pPr>
            <w:r>
              <w:rPr>
                <w:sz w:val="20"/>
              </w:rPr>
              <w:t xml:space="preserve">Complete the meeting details, review each agenda section, record the evidence reviewed, </w:t>
            </w:r>
            <w:r>
              <w:rPr>
                <w:sz w:val="20"/>
              </w:rPr>
              <w:t>document decisions, assign owners and due dates, and retain the completed minutes with the supporting evidence pack.</w:t>
            </w:r>
          </w:p>
        </w:tc>
      </w:tr>
    </w:tbl>
    <w:p w14:paraId="3BF01F90" w14:textId="77777777" w:rsidR="00D4248B" w:rsidRDefault="00D4248B">
      <w:pPr>
        <w:spacing w:after="0"/>
      </w:pPr>
    </w:p>
    <w:p w14:paraId="05F7B7AD" w14:textId="77777777" w:rsidR="00D4248B" w:rsidRDefault="003E4FF0">
      <w:pPr>
        <w:keepNext/>
        <w:spacing w:before="200" w:after="140"/>
      </w:pPr>
      <w:r>
        <w:rPr>
          <w:b/>
          <w:color w:val="111827"/>
          <w:sz w:val="28"/>
        </w:rPr>
        <w:t>Meeting Details</w:t>
      </w:r>
    </w:p>
    <w:tbl>
      <w:tblPr>
        <w:tblW w:w="0" w:type="auto"/>
        <w:jc w:val="center"/>
        <w:tblBorders>
          <w:top w:val="single" w:sz="6" w:space="0" w:color="E5E7EB"/>
          <w:left w:val="single" w:sz="6" w:space="0" w:color="E5E7EB"/>
          <w:bottom w:val="single" w:sz="6" w:space="0" w:color="E5E7EB"/>
          <w:right w:val="single" w:sz="6" w:space="0" w:color="E5E7EB"/>
          <w:insideH w:val="single" w:sz="6" w:space="0" w:color="E5E7EB"/>
          <w:insideV w:val="single" w:sz="6" w:space="0" w:color="E5E7EB"/>
        </w:tblBorders>
        <w:tblLayout w:type="fixed"/>
        <w:tblLook w:val="04A0" w:firstRow="1" w:lastRow="0" w:firstColumn="1" w:lastColumn="0" w:noHBand="0" w:noVBand="1"/>
      </w:tblPr>
      <w:tblGrid>
        <w:gridCol w:w="2664"/>
        <w:gridCol w:w="7343"/>
      </w:tblGrid>
      <w:tr w:rsidR="00D4248B" w14:paraId="6C7E6B00" w14:textId="77777777">
        <w:trPr>
          <w:cantSplit/>
          <w:jc w:val="center"/>
        </w:trPr>
        <w:tc>
          <w:tcPr>
            <w:tcW w:w="2664" w:type="dxa"/>
            <w:shd w:val="clear" w:color="auto" w:fill="FDF3F4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B4E0B98" w14:textId="77777777" w:rsidR="00D4248B" w:rsidRDefault="003E4FF0">
            <w:pPr>
              <w:spacing w:after="0" w:line="259" w:lineRule="auto"/>
            </w:pPr>
            <w:r>
              <w:rPr>
                <w:b/>
                <w:color w:val="111827"/>
                <w:sz w:val="20"/>
              </w:rPr>
              <w:t>Organization</w:t>
            </w:r>
          </w:p>
        </w:tc>
        <w:tc>
          <w:tcPr>
            <w:tcW w:w="7343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C1F6BFB" w14:textId="77777777" w:rsidR="00D4248B" w:rsidRDefault="003E4FF0">
            <w:pPr>
              <w:spacing w:after="0" w:line="259" w:lineRule="auto"/>
            </w:pPr>
            <w:r>
              <w:rPr>
                <w:sz w:val="20"/>
              </w:rPr>
              <w:t>[Company Name]</w:t>
            </w:r>
          </w:p>
        </w:tc>
      </w:tr>
      <w:tr w:rsidR="00D4248B" w14:paraId="7249123B" w14:textId="77777777">
        <w:trPr>
          <w:cantSplit/>
          <w:jc w:val="center"/>
        </w:trPr>
        <w:tc>
          <w:tcPr>
            <w:tcW w:w="2664" w:type="dxa"/>
            <w:shd w:val="clear" w:color="auto" w:fill="FDF3F4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8DBD1A4" w14:textId="77777777" w:rsidR="00D4248B" w:rsidRDefault="003E4FF0">
            <w:pPr>
              <w:spacing w:after="0" w:line="259" w:lineRule="auto"/>
            </w:pPr>
            <w:r>
              <w:rPr>
                <w:b/>
                <w:color w:val="111827"/>
                <w:sz w:val="20"/>
              </w:rPr>
              <w:t>ISMS Scope</w:t>
            </w:r>
          </w:p>
        </w:tc>
        <w:tc>
          <w:tcPr>
            <w:tcW w:w="7343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406571F" w14:textId="77777777" w:rsidR="00D4248B" w:rsidRDefault="003E4FF0">
            <w:pPr>
              <w:spacing w:after="0" w:line="259" w:lineRule="auto"/>
            </w:pPr>
            <w:r>
              <w:rPr>
                <w:sz w:val="20"/>
              </w:rPr>
              <w:t>[Scope statement or reference]</w:t>
            </w:r>
          </w:p>
        </w:tc>
      </w:tr>
      <w:tr w:rsidR="00D4248B" w14:paraId="0F2308C4" w14:textId="77777777">
        <w:trPr>
          <w:cantSplit/>
          <w:jc w:val="center"/>
        </w:trPr>
        <w:tc>
          <w:tcPr>
            <w:tcW w:w="2664" w:type="dxa"/>
            <w:shd w:val="clear" w:color="auto" w:fill="FDF3F4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84D56B1" w14:textId="77777777" w:rsidR="00D4248B" w:rsidRDefault="003E4FF0">
            <w:pPr>
              <w:spacing w:after="0" w:line="259" w:lineRule="auto"/>
            </w:pPr>
            <w:r>
              <w:rPr>
                <w:b/>
                <w:color w:val="111827"/>
                <w:sz w:val="20"/>
              </w:rPr>
              <w:t>Meeting Type</w:t>
            </w:r>
          </w:p>
        </w:tc>
        <w:tc>
          <w:tcPr>
            <w:tcW w:w="7343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03CED8" w14:textId="77777777" w:rsidR="00D4248B" w:rsidRDefault="003E4FF0">
            <w:pPr>
              <w:spacing w:after="0" w:line="259" w:lineRule="auto"/>
            </w:pPr>
            <w:r>
              <w:rPr>
                <w:sz w:val="20"/>
              </w:rPr>
              <w:t xml:space="preserve">Management Review (ISO </w:t>
            </w:r>
            <w:r>
              <w:rPr>
                <w:sz w:val="20"/>
              </w:rPr>
              <w:t>27001:2022 Clause 9.3)</w:t>
            </w:r>
          </w:p>
        </w:tc>
      </w:tr>
      <w:tr w:rsidR="00D4248B" w14:paraId="10180C24" w14:textId="77777777">
        <w:trPr>
          <w:cantSplit/>
          <w:jc w:val="center"/>
        </w:trPr>
        <w:tc>
          <w:tcPr>
            <w:tcW w:w="2664" w:type="dxa"/>
            <w:shd w:val="clear" w:color="auto" w:fill="FDF3F4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1407F1" w14:textId="77777777" w:rsidR="00D4248B" w:rsidRDefault="003E4FF0">
            <w:pPr>
              <w:spacing w:after="0" w:line="259" w:lineRule="auto"/>
            </w:pPr>
            <w:r>
              <w:rPr>
                <w:b/>
                <w:color w:val="111827"/>
                <w:sz w:val="20"/>
              </w:rPr>
              <w:t>Period Covered</w:t>
            </w:r>
          </w:p>
        </w:tc>
        <w:tc>
          <w:tcPr>
            <w:tcW w:w="7343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1817FFD" w14:textId="77777777" w:rsidR="00D4248B" w:rsidRDefault="003E4FF0">
            <w:pPr>
              <w:spacing w:after="0" w:line="259" w:lineRule="auto"/>
            </w:pPr>
            <w:r>
              <w:rPr>
                <w:sz w:val="20"/>
              </w:rPr>
              <w:t>[e.g., Q1 2026 / Jan-Mar 2026]</w:t>
            </w:r>
          </w:p>
        </w:tc>
      </w:tr>
      <w:tr w:rsidR="00D4248B" w14:paraId="4D77E650" w14:textId="77777777">
        <w:trPr>
          <w:cantSplit/>
          <w:jc w:val="center"/>
        </w:trPr>
        <w:tc>
          <w:tcPr>
            <w:tcW w:w="2664" w:type="dxa"/>
            <w:shd w:val="clear" w:color="auto" w:fill="FDF3F4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596850B" w14:textId="77777777" w:rsidR="00D4248B" w:rsidRDefault="003E4FF0">
            <w:pPr>
              <w:spacing w:after="0" w:line="259" w:lineRule="auto"/>
            </w:pPr>
            <w:r>
              <w:rPr>
                <w:b/>
                <w:color w:val="111827"/>
                <w:sz w:val="20"/>
              </w:rPr>
              <w:t>Date / Time</w:t>
            </w:r>
          </w:p>
        </w:tc>
        <w:tc>
          <w:tcPr>
            <w:tcW w:w="7343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A7AA0CE" w14:textId="77777777" w:rsidR="00D4248B" w:rsidRDefault="003E4FF0">
            <w:pPr>
              <w:spacing w:after="0" w:line="259" w:lineRule="auto"/>
            </w:pPr>
            <w:r>
              <w:rPr>
                <w:sz w:val="20"/>
              </w:rPr>
              <w:t>[YYYY-MM-DD, Time]</w:t>
            </w:r>
          </w:p>
        </w:tc>
      </w:tr>
      <w:tr w:rsidR="00D4248B" w14:paraId="73EA0DC5" w14:textId="77777777">
        <w:trPr>
          <w:cantSplit/>
          <w:jc w:val="center"/>
        </w:trPr>
        <w:tc>
          <w:tcPr>
            <w:tcW w:w="2664" w:type="dxa"/>
            <w:shd w:val="clear" w:color="auto" w:fill="FDF3F4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BCB5F10" w14:textId="77777777" w:rsidR="00D4248B" w:rsidRDefault="003E4FF0">
            <w:pPr>
              <w:spacing w:after="0" w:line="259" w:lineRule="auto"/>
            </w:pPr>
            <w:r>
              <w:rPr>
                <w:b/>
                <w:color w:val="111827"/>
                <w:sz w:val="20"/>
              </w:rPr>
              <w:t>Location / Mode</w:t>
            </w:r>
          </w:p>
        </w:tc>
        <w:tc>
          <w:tcPr>
            <w:tcW w:w="7343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0A8DAE" w14:textId="77777777" w:rsidR="00D4248B" w:rsidRDefault="003E4FF0">
            <w:pPr>
              <w:spacing w:after="0" w:line="259" w:lineRule="auto"/>
            </w:pPr>
            <w:r>
              <w:rPr>
                <w:sz w:val="20"/>
              </w:rPr>
              <w:t>[In-person / Teams / Zoom]</w:t>
            </w:r>
          </w:p>
        </w:tc>
      </w:tr>
      <w:tr w:rsidR="00D4248B" w14:paraId="53A15FF9" w14:textId="77777777">
        <w:trPr>
          <w:cantSplit/>
          <w:jc w:val="center"/>
        </w:trPr>
        <w:tc>
          <w:tcPr>
            <w:tcW w:w="2664" w:type="dxa"/>
            <w:shd w:val="clear" w:color="auto" w:fill="FDF3F4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51F3C4B" w14:textId="77777777" w:rsidR="00D4248B" w:rsidRDefault="003E4FF0">
            <w:pPr>
              <w:spacing w:after="0" w:line="259" w:lineRule="auto"/>
            </w:pPr>
            <w:r>
              <w:rPr>
                <w:b/>
                <w:color w:val="111827"/>
                <w:sz w:val="20"/>
              </w:rPr>
              <w:t>Chair</w:t>
            </w:r>
          </w:p>
        </w:tc>
        <w:tc>
          <w:tcPr>
            <w:tcW w:w="7343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5901A8" w14:textId="77777777" w:rsidR="00D4248B" w:rsidRDefault="003E4FF0">
            <w:pPr>
              <w:spacing w:after="0" w:line="259" w:lineRule="auto"/>
            </w:pPr>
            <w:r>
              <w:rPr>
                <w:sz w:val="20"/>
              </w:rPr>
              <w:t>[Name, Title]</w:t>
            </w:r>
          </w:p>
        </w:tc>
      </w:tr>
      <w:tr w:rsidR="00D4248B" w14:paraId="27A71C7D" w14:textId="77777777">
        <w:trPr>
          <w:cantSplit/>
          <w:jc w:val="center"/>
        </w:trPr>
        <w:tc>
          <w:tcPr>
            <w:tcW w:w="2664" w:type="dxa"/>
            <w:shd w:val="clear" w:color="auto" w:fill="FDF3F4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0EBBA68" w14:textId="77777777" w:rsidR="00D4248B" w:rsidRDefault="003E4FF0">
            <w:pPr>
              <w:spacing w:after="0" w:line="259" w:lineRule="auto"/>
            </w:pPr>
            <w:r>
              <w:rPr>
                <w:b/>
                <w:color w:val="111827"/>
                <w:sz w:val="20"/>
              </w:rPr>
              <w:t>Minute Taker</w:t>
            </w:r>
          </w:p>
        </w:tc>
        <w:tc>
          <w:tcPr>
            <w:tcW w:w="7343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E5B17A7" w14:textId="77777777" w:rsidR="00D4248B" w:rsidRDefault="003E4FF0">
            <w:pPr>
              <w:spacing w:after="0" w:line="259" w:lineRule="auto"/>
            </w:pPr>
            <w:r>
              <w:rPr>
                <w:sz w:val="20"/>
              </w:rPr>
              <w:t>[Name, Title]</w:t>
            </w:r>
          </w:p>
        </w:tc>
      </w:tr>
    </w:tbl>
    <w:p w14:paraId="50FCB170" w14:textId="77777777" w:rsidR="00D4248B" w:rsidRDefault="003E4FF0">
      <w:pPr>
        <w:keepNext/>
        <w:spacing w:before="200" w:after="80"/>
      </w:pPr>
      <w:r>
        <w:rPr>
          <w:b/>
          <w:color w:val="111827"/>
          <w:sz w:val="22"/>
        </w:rPr>
        <w:t>Agenda Reference</w:t>
      </w:r>
    </w:p>
    <w:p w14:paraId="09300137" w14:textId="77777777" w:rsidR="00D4248B" w:rsidRDefault="003E4FF0">
      <w:pPr>
        <w:spacing w:after="40"/>
      </w:pPr>
      <w:r>
        <w:rPr>
          <w:sz w:val="20"/>
        </w:rPr>
        <w:t xml:space="preserve">This meeting followed the </w:t>
      </w:r>
      <w:r>
        <w:rPr>
          <w:sz w:val="20"/>
        </w:rPr>
        <w:t>Management Review agenda aligned to ISO 27001:2022 Clause 9.3 inputs.</w:t>
      </w:r>
    </w:p>
    <w:p w14:paraId="11AB4132" w14:textId="77777777" w:rsidR="00D4248B" w:rsidRDefault="003E4FF0">
      <w:r>
        <w:br w:type="page"/>
      </w:r>
    </w:p>
    <w:p w14:paraId="71F0E710" w14:textId="77777777" w:rsidR="00D4248B" w:rsidRDefault="003E4FF0">
      <w:pPr>
        <w:spacing w:before="200"/>
      </w:pPr>
      <w:r>
        <w:rPr>
          <w:b/>
          <w:color w:val="111827"/>
          <w:sz w:val="23"/>
        </w:rPr>
        <w:lastRenderedPageBreak/>
        <w:t>Attendees</w:t>
      </w:r>
    </w:p>
    <w:tbl>
      <w:tblPr>
        <w:tblW w:w="0" w:type="auto"/>
        <w:jc w:val="center"/>
        <w:tblBorders>
          <w:top w:val="single" w:sz="6" w:space="0" w:color="E5E7EB"/>
          <w:left w:val="single" w:sz="6" w:space="0" w:color="E5E7EB"/>
          <w:bottom w:val="single" w:sz="6" w:space="0" w:color="E5E7EB"/>
          <w:right w:val="single" w:sz="6" w:space="0" w:color="E5E7EB"/>
          <w:insideH w:val="single" w:sz="6" w:space="0" w:color="E5E7EB"/>
          <w:insideV w:val="single" w:sz="6" w:space="0" w:color="E5E7EB"/>
        </w:tblBorders>
        <w:tblLayout w:type="fixed"/>
        <w:tblLook w:val="04A0" w:firstRow="1" w:lastRow="0" w:firstColumn="1" w:lastColumn="0" w:noHBand="0" w:noVBand="1"/>
      </w:tblPr>
      <w:tblGrid>
        <w:gridCol w:w="3528"/>
        <w:gridCol w:w="3528"/>
        <w:gridCol w:w="3024"/>
      </w:tblGrid>
      <w:tr w:rsidR="00D4248B" w14:paraId="006340E3" w14:textId="77777777">
        <w:trPr>
          <w:cantSplit/>
          <w:jc w:val="center"/>
        </w:trPr>
        <w:tc>
          <w:tcPr>
            <w:tcW w:w="3528" w:type="dxa"/>
            <w:shd w:val="clear" w:color="auto" w:fill="B7000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1DD5117" w14:textId="77777777" w:rsidR="00D4248B" w:rsidRDefault="003E4FF0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8"/>
              </w:rPr>
              <w:t>Name</w:t>
            </w:r>
          </w:p>
        </w:tc>
        <w:tc>
          <w:tcPr>
            <w:tcW w:w="3528" w:type="dxa"/>
            <w:shd w:val="clear" w:color="auto" w:fill="B7000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27CB7FE" w14:textId="77777777" w:rsidR="00D4248B" w:rsidRDefault="003E4FF0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8"/>
              </w:rPr>
              <w:t>Role / Title</w:t>
            </w:r>
          </w:p>
        </w:tc>
        <w:tc>
          <w:tcPr>
            <w:tcW w:w="3024" w:type="dxa"/>
            <w:shd w:val="clear" w:color="auto" w:fill="B7000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5AB86E7" w14:textId="77777777" w:rsidR="00D4248B" w:rsidRDefault="003E4FF0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8"/>
              </w:rPr>
              <w:t>Attendance / Notes</w:t>
            </w:r>
          </w:p>
        </w:tc>
      </w:tr>
      <w:tr w:rsidR="00D4248B" w14:paraId="005282B4" w14:textId="77777777">
        <w:trPr>
          <w:cantSplit/>
          <w:jc w:val="center"/>
        </w:trPr>
        <w:tc>
          <w:tcPr>
            <w:tcW w:w="352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ABCE654" w14:textId="77777777" w:rsidR="00D4248B" w:rsidRDefault="003E4FF0">
            <w:pPr>
              <w:spacing w:after="0" w:line="259" w:lineRule="auto"/>
            </w:pPr>
            <w:r>
              <w:rPr>
                <w:sz w:val="18"/>
              </w:rPr>
              <w:t>[Name]</w:t>
            </w:r>
          </w:p>
        </w:tc>
        <w:tc>
          <w:tcPr>
            <w:tcW w:w="352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BDD289E" w14:textId="77777777" w:rsidR="00D4248B" w:rsidRDefault="003E4FF0">
            <w:pPr>
              <w:spacing w:after="0" w:line="259" w:lineRule="auto"/>
            </w:pPr>
            <w:r>
              <w:rPr>
                <w:sz w:val="18"/>
              </w:rPr>
              <w:t>[Role / Title]</w:t>
            </w:r>
          </w:p>
        </w:tc>
        <w:tc>
          <w:tcPr>
            <w:tcW w:w="302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E6C0041" w14:textId="77777777" w:rsidR="00D4248B" w:rsidRDefault="003E4FF0">
            <w:pPr>
              <w:spacing w:after="0" w:line="259" w:lineRule="auto"/>
            </w:pPr>
            <w:r>
              <w:rPr>
                <w:sz w:val="18"/>
              </w:rPr>
              <w:t>[Present / Absent / Notes]</w:t>
            </w:r>
          </w:p>
        </w:tc>
      </w:tr>
      <w:tr w:rsidR="00D4248B" w14:paraId="7D507E5C" w14:textId="77777777">
        <w:trPr>
          <w:cantSplit/>
          <w:jc w:val="center"/>
        </w:trPr>
        <w:tc>
          <w:tcPr>
            <w:tcW w:w="352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86CD2A2" w14:textId="77777777" w:rsidR="00D4248B" w:rsidRDefault="003E4FF0">
            <w:pPr>
              <w:spacing w:after="0" w:line="259" w:lineRule="auto"/>
            </w:pPr>
            <w:r>
              <w:rPr>
                <w:sz w:val="18"/>
              </w:rPr>
              <w:t>[Name]</w:t>
            </w:r>
          </w:p>
        </w:tc>
        <w:tc>
          <w:tcPr>
            <w:tcW w:w="352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1D9873E" w14:textId="77777777" w:rsidR="00D4248B" w:rsidRDefault="003E4FF0">
            <w:pPr>
              <w:spacing w:after="0" w:line="259" w:lineRule="auto"/>
            </w:pPr>
            <w:r>
              <w:rPr>
                <w:sz w:val="18"/>
              </w:rPr>
              <w:t>[Role / Title]</w:t>
            </w:r>
          </w:p>
        </w:tc>
        <w:tc>
          <w:tcPr>
            <w:tcW w:w="302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261717" w14:textId="77777777" w:rsidR="00D4248B" w:rsidRDefault="003E4FF0">
            <w:pPr>
              <w:spacing w:after="0" w:line="259" w:lineRule="auto"/>
            </w:pPr>
            <w:r>
              <w:rPr>
                <w:sz w:val="18"/>
              </w:rPr>
              <w:t>[Present / Absent / Notes]</w:t>
            </w:r>
          </w:p>
        </w:tc>
      </w:tr>
      <w:tr w:rsidR="00D4248B" w14:paraId="69CB9AAA" w14:textId="77777777">
        <w:trPr>
          <w:cantSplit/>
          <w:jc w:val="center"/>
        </w:trPr>
        <w:tc>
          <w:tcPr>
            <w:tcW w:w="352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0C7853" w14:textId="77777777" w:rsidR="00D4248B" w:rsidRDefault="003E4FF0">
            <w:pPr>
              <w:spacing w:after="0" w:line="259" w:lineRule="auto"/>
            </w:pPr>
            <w:r>
              <w:rPr>
                <w:sz w:val="18"/>
              </w:rPr>
              <w:t>[Name]</w:t>
            </w:r>
          </w:p>
        </w:tc>
        <w:tc>
          <w:tcPr>
            <w:tcW w:w="352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D70C705" w14:textId="77777777" w:rsidR="00D4248B" w:rsidRDefault="003E4FF0">
            <w:pPr>
              <w:spacing w:after="0" w:line="259" w:lineRule="auto"/>
            </w:pPr>
            <w:r>
              <w:rPr>
                <w:sz w:val="18"/>
              </w:rPr>
              <w:t>[Role / Title]</w:t>
            </w:r>
          </w:p>
        </w:tc>
        <w:tc>
          <w:tcPr>
            <w:tcW w:w="302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A8FCD81" w14:textId="77777777" w:rsidR="00D4248B" w:rsidRDefault="003E4FF0">
            <w:pPr>
              <w:spacing w:after="0" w:line="259" w:lineRule="auto"/>
            </w:pPr>
            <w:r>
              <w:rPr>
                <w:sz w:val="18"/>
              </w:rPr>
              <w:t>[Present / Absent / Notes]</w:t>
            </w:r>
          </w:p>
        </w:tc>
      </w:tr>
      <w:tr w:rsidR="00D4248B" w14:paraId="1F3F4299" w14:textId="77777777">
        <w:trPr>
          <w:cantSplit/>
          <w:jc w:val="center"/>
        </w:trPr>
        <w:tc>
          <w:tcPr>
            <w:tcW w:w="352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2F94C91" w14:textId="77777777" w:rsidR="00D4248B" w:rsidRDefault="003E4FF0">
            <w:pPr>
              <w:spacing w:after="0" w:line="259" w:lineRule="auto"/>
            </w:pPr>
            <w:r>
              <w:rPr>
                <w:sz w:val="18"/>
              </w:rPr>
              <w:t>[Name]</w:t>
            </w:r>
          </w:p>
        </w:tc>
        <w:tc>
          <w:tcPr>
            <w:tcW w:w="352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0FB2439" w14:textId="77777777" w:rsidR="00D4248B" w:rsidRDefault="003E4FF0">
            <w:pPr>
              <w:spacing w:after="0" w:line="259" w:lineRule="auto"/>
            </w:pPr>
            <w:r>
              <w:rPr>
                <w:sz w:val="18"/>
              </w:rPr>
              <w:t>[Role / Title]</w:t>
            </w:r>
          </w:p>
        </w:tc>
        <w:tc>
          <w:tcPr>
            <w:tcW w:w="302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DA99ED5" w14:textId="77777777" w:rsidR="00D4248B" w:rsidRDefault="003E4FF0">
            <w:pPr>
              <w:spacing w:after="0" w:line="259" w:lineRule="auto"/>
            </w:pPr>
            <w:r>
              <w:rPr>
                <w:sz w:val="18"/>
              </w:rPr>
              <w:t>[Present / Absent / Notes]</w:t>
            </w:r>
          </w:p>
        </w:tc>
      </w:tr>
      <w:tr w:rsidR="00D4248B" w14:paraId="679CEABE" w14:textId="77777777">
        <w:trPr>
          <w:cantSplit/>
          <w:jc w:val="center"/>
        </w:trPr>
        <w:tc>
          <w:tcPr>
            <w:tcW w:w="352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8EAACBD" w14:textId="77777777" w:rsidR="00D4248B" w:rsidRDefault="003E4FF0">
            <w:pPr>
              <w:spacing w:after="0" w:line="259" w:lineRule="auto"/>
            </w:pPr>
            <w:r>
              <w:rPr>
                <w:sz w:val="18"/>
              </w:rPr>
              <w:t>[Name]</w:t>
            </w:r>
          </w:p>
        </w:tc>
        <w:tc>
          <w:tcPr>
            <w:tcW w:w="352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DF1C19A" w14:textId="77777777" w:rsidR="00D4248B" w:rsidRDefault="003E4FF0">
            <w:pPr>
              <w:spacing w:after="0" w:line="259" w:lineRule="auto"/>
            </w:pPr>
            <w:r>
              <w:rPr>
                <w:sz w:val="18"/>
              </w:rPr>
              <w:t>[Role / Title]</w:t>
            </w:r>
          </w:p>
        </w:tc>
        <w:tc>
          <w:tcPr>
            <w:tcW w:w="302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E9CFCD8" w14:textId="77777777" w:rsidR="00D4248B" w:rsidRDefault="003E4FF0">
            <w:pPr>
              <w:spacing w:after="0" w:line="259" w:lineRule="auto"/>
            </w:pPr>
            <w:r>
              <w:rPr>
                <w:sz w:val="18"/>
              </w:rPr>
              <w:t>[Present / Absent / Notes]</w:t>
            </w:r>
          </w:p>
        </w:tc>
      </w:tr>
      <w:tr w:rsidR="00D4248B" w14:paraId="2BFBF07E" w14:textId="77777777">
        <w:trPr>
          <w:cantSplit/>
          <w:jc w:val="center"/>
        </w:trPr>
        <w:tc>
          <w:tcPr>
            <w:tcW w:w="352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E67A08" w14:textId="77777777" w:rsidR="00D4248B" w:rsidRDefault="003E4FF0">
            <w:pPr>
              <w:spacing w:after="0" w:line="259" w:lineRule="auto"/>
            </w:pPr>
            <w:r>
              <w:rPr>
                <w:sz w:val="18"/>
              </w:rPr>
              <w:t>[Name]</w:t>
            </w:r>
          </w:p>
        </w:tc>
        <w:tc>
          <w:tcPr>
            <w:tcW w:w="352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9E433CF" w14:textId="77777777" w:rsidR="00D4248B" w:rsidRDefault="003E4FF0">
            <w:pPr>
              <w:spacing w:after="0" w:line="259" w:lineRule="auto"/>
            </w:pPr>
            <w:r>
              <w:rPr>
                <w:sz w:val="18"/>
              </w:rPr>
              <w:t>[Role / Title]</w:t>
            </w:r>
          </w:p>
        </w:tc>
        <w:tc>
          <w:tcPr>
            <w:tcW w:w="302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2A48129" w14:textId="77777777" w:rsidR="00D4248B" w:rsidRDefault="003E4FF0">
            <w:pPr>
              <w:spacing w:after="0" w:line="259" w:lineRule="auto"/>
            </w:pPr>
            <w:r>
              <w:rPr>
                <w:sz w:val="18"/>
              </w:rPr>
              <w:t>[Present / Absent / Notes]</w:t>
            </w:r>
          </w:p>
        </w:tc>
      </w:tr>
    </w:tbl>
    <w:p w14:paraId="7B45C924" w14:textId="77777777" w:rsidR="00D4248B" w:rsidRDefault="003E4FF0">
      <w:pPr>
        <w:spacing w:before="200"/>
      </w:pPr>
      <w:r>
        <w:rPr>
          <w:b/>
          <w:color w:val="111827"/>
          <w:sz w:val="23"/>
        </w:rPr>
        <w:t>Absentees</w:t>
      </w:r>
    </w:p>
    <w:tbl>
      <w:tblPr>
        <w:tblW w:w="0" w:type="auto"/>
        <w:jc w:val="center"/>
        <w:tblBorders>
          <w:top w:val="single" w:sz="6" w:space="0" w:color="E5E7EB"/>
          <w:left w:val="single" w:sz="6" w:space="0" w:color="E5E7EB"/>
          <w:bottom w:val="single" w:sz="6" w:space="0" w:color="E5E7EB"/>
          <w:right w:val="single" w:sz="6" w:space="0" w:color="E5E7EB"/>
          <w:insideH w:val="single" w:sz="6" w:space="0" w:color="E5E7EB"/>
          <w:insideV w:val="single" w:sz="6" w:space="0" w:color="E5E7EB"/>
        </w:tblBorders>
        <w:tblLayout w:type="fixed"/>
        <w:tblLook w:val="04A0" w:firstRow="1" w:lastRow="0" w:firstColumn="1" w:lastColumn="0" w:noHBand="0" w:noVBand="1"/>
      </w:tblPr>
      <w:tblGrid>
        <w:gridCol w:w="3528"/>
        <w:gridCol w:w="3528"/>
        <w:gridCol w:w="3024"/>
      </w:tblGrid>
      <w:tr w:rsidR="00D4248B" w14:paraId="53DFAB11" w14:textId="77777777">
        <w:trPr>
          <w:cantSplit/>
          <w:jc w:val="center"/>
        </w:trPr>
        <w:tc>
          <w:tcPr>
            <w:tcW w:w="3528" w:type="dxa"/>
            <w:shd w:val="clear" w:color="auto" w:fill="B7000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F427333" w14:textId="77777777" w:rsidR="00D4248B" w:rsidRDefault="003E4FF0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8"/>
              </w:rPr>
              <w:t>Name</w:t>
            </w:r>
          </w:p>
        </w:tc>
        <w:tc>
          <w:tcPr>
            <w:tcW w:w="3528" w:type="dxa"/>
            <w:shd w:val="clear" w:color="auto" w:fill="B7000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34A2E96" w14:textId="77777777" w:rsidR="00D4248B" w:rsidRDefault="003E4FF0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8"/>
              </w:rPr>
              <w:t>Role / Title</w:t>
            </w:r>
          </w:p>
        </w:tc>
        <w:tc>
          <w:tcPr>
            <w:tcW w:w="3024" w:type="dxa"/>
            <w:shd w:val="clear" w:color="auto" w:fill="B7000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FEA2022" w14:textId="77777777" w:rsidR="00D4248B" w:rsidRDefault="003E4FF0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8"/>
              </w:rPr>
              <w:t>Attendance / Notes</w:t>
            </w:r>
          </w:p>
        </w:tc>
      </w:tr>
      <w:tr w:rsidR="00D4248B" w14:paraId="202FFE6A" w14:textId="77777777">
        <w:trPr>
          <w:cantSplit/>
          <w:jc w:val="center"/>
        </w:trPr>
        <w:tc>
          <w:tcPr>
            <w:tcW w:w="352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6B2889C" w14:textId="77777777" w:rsidR="00D4248B" w:rsidRDefault="003E4FF0">
            <w:pPr>
              <w:spacing w:after="0" w:line="259" w:lineRule="auto"/>
            </w:pPr>
            <w:r>
              <w:rPr>
                <w:sz w:val="18"/>
              </w:rPr>
              <w:t>[Name]</w:t>
            </w:r>
          </w:p>
        </w:tc>
        <w:tc>
          <w:tcPr>
            <w:tcW w:w="352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2FB5EB" w14:textId="77777777" w:rsidR="00D4248B" w:rsidRDefault="003E4FF0">
            <w:pPr>
              <w:spacing w:after="0" w:line="259" w:lineRule="auto"/>
            </w:pPr>
            <w:r>
              <w:rPr>
                <w:sz w:val="18"/>
              </w:rPr>
              <w:t>[Role / Title]</w:t>
            </w:r>
          </w:p>
        </w:tc>
        <w:tc>
          <w:tcPr>
            <w:tcW w:w="302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362CBC5" w14:textId="77777777" w:rsidR="00D4248B" w:rsidRDefault="003E4FF0">
            <w:pPr>
              <w:spacing w:after="0" w:line="259" w:lineRule="auto"/>
            </w:pPr>
            <w:r>
              <w:rPr>
                <w:sz w:val="18"/>
              </w:rPr>
              <w:t>[Present / Absent / Notes]</w:t>
            </w:r>
          </w:p>
        </w:tc>
      </w:tr>
      <w:tr w:rsidR="00D4248B" w14:paraId="76977EC8" w14:textId="77777777">
        <w:trPr>
          <w:cantSplit/>
          <w:jc w:val="center"/>
        </w:trPr>
        <w:tc>
          <w:tcPr>
            <w:tcW w:w="352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3FE4AC" w14:textId="77777777" w:rsidR="00D4248B" w:rsidRDefault="003E4FF0">
            <w:pPr>
              <w:spacing w:after="0" w:line="259" w:lineRule="auto"/>
            </w:pPr>
            <w:r>
              <w:rPr>
                <w:sz w:val="18"/>
              </w:rPr>
              <w:t>[Name]</w:t>
            </w:r>
          </w:p>
        </w:tc>
        <w:tc>
          <w:tcPr>
            <w:tcW w:w="352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A349537" w14:textId="77777777" w:rsidR="00D4248B" w:rsidRDefault="003E4FF0">
            <w:pPr>
              <w:spacing w:after="0" w:line="259" w:lineRule="auto"/>
            </w:pPr>
            <w:r>
              <w:rPr>
                <w:sz w:val="18"/>
              </w:rPr>
              <w:t>[Role / Title]</w:t>
            </w:r>
          </w:p>
        </w:tc>
        <w:tc>
          <w:tcPr>
            <w:tcW w:w="302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E4D4D32" w14:textId="77777777" w:rsidR="00D4248B" w:rsidRDefault="003E4FF0">
            <w:pPr>
              <w:spacing w:after="0" w:line="259" w:lineRule="auto"/>
            </w:pPr>
            <w:r>
              <w:rPr>
                <w:sz w:val="18"/>
              </w:rPr>
              <w:t>[Present / Absent / Notes]</w:t>
            </w:r>
          </w:p>
        </w:tc>
      </w:tr>
      <w:tr w:rsidR="00D4248B" w14:paraId="52D5E844" w14:textId="77777777">
        <w:trPr>
          <w:cantSplit/>
          <w:jc w:val="center"/>
        </w:trPr>
        <w:tc>
          <w:tcPr>
            <w:tcW w:w="352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CE7B62B" w14:textId="77777777" w:rsidR="00D4248B" w:rsidRDefault="003E4FF0">
            <w:pPr>
              <w:spacing w:after="0" w:line="259" w:lineRule="auto"/>
            </w:pPr>
            <w:r>
              <w:rPr>
                <w:sz w:val="18"/>
              </w:rPr>
              <w:t>[Name]</w:t>
            </w:r>
          </w:p>
        </w:tc>
        <w:tc>
          <w:tcPr>
            <w:tcW w:w="352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0445EAB" w14:textId="77777777" w:rsidR="00D4248B" w:rsidRDefault="003E4FF0">
            <w:pPr>
              <w:spacing w:after="0" w:line="259" w:lineRule="auto"/>
            </w:pPr>
            <w:r>
              <w:rPr>
                <w:sz w:val="18"/>
              </w:rPr>
              <w:t>[Role / Title]</w:t>
            </w:r>
          </w:p>
        </w:tc>
        <w:tc>
          <w:tcPr>
            <w:tcW w:w="302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9F0B829" w14:textId="77777777" w:rsidR="00D4248B" w:rsidRDefault="003E4FF0">
            <w:pPr>
              <w:spacing w:after="0" w:line="259" w:lineRule="auto"/>
            </w:pPr>
            <w:r>
              <w:rPr>
                <w:sz w:val="18"/>
              </w:rPr>
              <w:t>[Present / Absent / Notes]</w:t>
            </w:r>
          </w:p>
        </w:tc>
      </w:tr>
    </w:tbl>
    <w:p w14:paraId="733C5DB4" w14:textId="77777777" w:rsidR="00D4248B" w:rsidRDefault="003E4FF0">
      <w:pPr>
        <w:keepNext/>
        <w:spacing w:before="240" w:after="140"/>
      </w:pPr>
      <w:r>
        <w:rPr>
          <w:b/>
          <w:color w:val="111827"/>
          <w:sz w:val="30"/>
        </w:rPr>
        <w:t>1. Review of Previous Actions</w:t>
      </w:r>
    </w:p>
    <w:p w14:paraId="6DE3BCE5" w14:textId="77777777" w:rsidR="00D4248B" w:rsidRDefault="003E4FF0">
      <w:r>
        <w:rPr>
          <w:sz w:val="20"/>
        </w:rPr>
        <w:t xml:space="preserve">Review actions carried forward from the previous management review. Record status, </w:t>
      </w:r>
      <w:r>
        <w:rPr>
          <w:sz w:val="20"/>
        </w:rPr>
        <w:t>evidence, and any decision to close, extend, or escalate the action.</w:t>
      </w:r>
    </w:p>
    <w:tbl>
      <w:tblPr>
        <w:tblW w:w="0" w:type="auto"/>
        <w:jc w:val="center"/>
        <w:tblBorders>
          <w:top w:val="single" w:sz="6" w:space="0" w:color="E5E7EB"/>
          <w:left w:val="single" w:sz="6" w:space="0" w:color="E5E7EB"/>
          <w:bottom w:val="single" w:sz="6" w:space="0" w:color="E5E7EB"/>
          <w:right w:val="single" w:sz="6" w:space="0" w:color="E5E7EB"/>
          <w:insideH w:val="single" w:sz="6" w:space="0" w:color="E5E7EB"/>
          <w:insideV w:val="single" w:sz="6" w:space="0" w:color="E5E7EB"/>
        </w:tblBorders>
        <w:tblLayout w:type="fixed"/>
        <w:tblLook w:val="04A0" w:firstRow="1" w:lastRow="0" w:firstColumn="1" w:lastColumn="0" w:noHBand="0" w:noVBand="1"/>
      </w:tblPr>
      <w:tblGrid>
        <w:gridCol w:w="1007"/>
        <w:gridCol w:w="3960"/>
        <w:gridCol w:w="1440"/>
        <w:gridCol w:w="1368"/>
        <w:gridCol w:w="1007"/>
        <w:gridCol w:w="1224"/>
      </w:tblGrid>
      <w:tr w:rsidR="00D4248B" w14:paraId="457FB8C8" w14:textId="77777777">
        <w:trPr>
          <w:cantSplit/>
          <w:tblHeader/>
          <w:jc w:val="center"/>
        </w:trPr>
        <w:tc>
          <w:tcPr>
            <w:tcW w:w="1007" w:type="dxa"/>
            <w:shd w:val="clear" w:color="auto" w:fill="B7000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4D29CCB" w14:textId="77777777" w:rsidR="00D4248B" w:rsidRDefault="003E4FF0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7"/>
              </w:rPr>
              <w:t>Action ID</w:t>
            </w:r>
          </w:p>
        </w:tc>
        <w:tc>
          <w:tcPr>
            <w:tcW w:w="3960" w:type="dxa"/>
            <w:shd w:val="clear" w:color="auto" w:fill="B7000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ED5FE79" w14:textId="77777777" w:rsidR="00D4248B" w:rsidRDefault="003E4FF0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7"/>
              </w:rPr>
              <w:t>Action / Decision</w:t>
            </w:r>
          </w:p>
        </w:tc>
        <w:tc>
          <w:tcPr>
            <w:tcW w:w="1440" w:type="dxa"/>
            <w:shd w:val="clear" w:color="auto" w:fill="B7000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29042EB" w14:textId="77777777" w:rsidR="00D4248B" w:rsidRDefault="003E4FF0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7"/>
              </w:rPr>
              <w:t>Owner</w:t>
            </w:r>
          </w:p>
        </w:tc>
        <w:tc>
          <w:tcPr>
            <w:tcW w:w="1368" w:type="dxa"/>
            <w:shd w:val="clear" w:color="auto" w:fill="B7000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3641ED7" w14:textId="77777777" w:rsidR="00D4248B" w:rsidRDefault="003E4FF0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7"/>
              </w:rPr>
              <w:t>Due Date</w:t>
            </w:r>
          </w:p>
        </w:tc>
        <w:tc>
          <w:tcPr>
            <w:tcW w:w="1007" w:type="dxa"/>
            <w:shd w:val="clear" w:color="auto" w:fill="B7000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3000668" w14:textId="77777777" w:rsidR="00D4248B" w:rsidRDefault="003E4FF0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7"/>
              </w:rPr>
              <w:t>Priority</w:t>
            </w:r>
          </w:p>
        </w:tc>
        <w:tc>
          <w:tcPr>
            <w:tcW w:w="1224" w:type="dxa"/>
            <w:shd w:val="clear" w:color="auto" w:fill="B7000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30297A0" w14:textId="77777777" w:rsidR="00D4248B" w:rsidRDefault="003E4FF0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7"/>
              </w:rPr>
              <w:t>Status</w:t>
            </w:r>
          </w:p>
        </w:tc>
      </w:tr>
      <w:tr w:rsidR="00D4248B" w14:paraId="61630E1B" w14:textId="77777777">
        <w:trPr>
          <w:cantSplit/>
          <w:jc w:val="center"/>
        </w:trPr>
        <w:tc>
          <w:tcPr>
            <w:tcW w:w="100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FE09A9C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7"/>
              </w:rPr>
              <w:t>A-01</w:t>
            </w:r>
          </w:p>
        </w:tc>
        <w:tc>
          <w:tcPr>
            <w:tcW w:w="396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6983739" w14:textId="77777777" w:rsidR="00D4248B" w:rsidRDefault="003E4FF0">
            <w:pPr>
              <w:spacing w:after="0" w:line="259" w:lineRule="auto"/>
            </w:pPr>
            <w:r>
              <w:rPr>
                <w:sz w:val="17"/>
              </w:rPr>
              <w:t>[Describe action]</w:t>
            </w:r>
          </w:p>
        </w:tc>
        <w:tc>
          <w:tcPr>
            <w:tcW w:w="144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88B7CC5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7"/>
              </w:rPr>
              <w:t>[Name]</w:t>
            </w:r>
          </w:p>
        </w:tc>
        <w:tc>
          <w:tcPr>
            <w:tcW w:w="136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A3E5D2C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7"/>
              </w:rPr>
              <w:t>[YYYY-MM-DD]</w:t>
            </w:r>
          </w:p>
        </w:tc>
        <w:tc>
          <w:tcPr>
            <w:tcW w:w="100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5891F07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7"/>
              </w:rPr>
              <w:t>[H/M/L]</w:t>
            </w:r>
          </w:p>
        </w:tc>
        <w:tc>
          <w:tcPr>
            <w:tcW w:w="122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78124D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7"/>
              </w:rPr>
              <w:t>[Open]</w:t>
            </w:r>
          </w:p>
        </w:tc>
      </w:tr>
      <w:tr w:rsidR="00D4248B" w14:paraId="79215187" w14:textId="77777777">
        <w:trPr>
          <w:cantSplit/>
          <w:jc w:val="center"/>
        </w:trPr>
        <w:tc>
          <w:tcPr>
            <w:tcW w:w="100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20FE7F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7"/>
              </w:rPr>
              <w:t>A-02</w:t>
            </w:r>
          </w:p>
        </w:tc>
        <w:tc>
          <w:tcPr>
            <w:tcW w:w="396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D01C0F" w14:textId="77777777" w:rsidR="00D4248B" w:rsidRDefault="003E4FF0">
            <w:pPr>
              <w:spacing w:after="0" w:line="259" w:lineRule="auto"/>
            </w:pPr>
            <w:r>
              <w:rPr>
                <w:sz w:val="17"/>
              </w:rPr>
              <w:t>[Describe action]</w:t>
            </w:r>
          </w:p>
        </w:tc>
        <w:tc>
          <w:tcPr>
            <w:tcW w:w="144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6D1680E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7"/>
              </w:rPr>
              <w:t>[Name]</w:t>
            </w:r>
          </w:p>
        </w:tc>
        <w:tc>
          <w:tcPr>
            <w:tcW w:w="136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A91BD9F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7"/>
              </w:rPr>
              <w:t>[YYYY-MM-DD]</w:t>
            </w:r>
          </w:p>
        </w:tc>
        <w:tc>
          <w:tcPr>
            <w:tcW w:w="100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424631E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7"/>
              </w:rPr>
              <w:t>[H/M/L]</w:t>
            </w:r>
          </w:p>
        </w:tc>
        <w:tc>
          <w:tcPr>
            <w:tcW w:w="122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2FB2E06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7"/>
              </w:rPr>
              <w:t>[Open]</w:t>
            </w:r>
          </w:p>
        </w:tc>
      </w:tr>
      <w:tr w:rsidR="00D4248B" w14:paraId="746AAD8A" w14:textId="77777777">
        <w:trPr>
          <w:cantSplit/>
          <w:jc w:val="center"/>
        </w:trPr>
        <w:tc>
          <w:tcPr>
            <w:tcW w:w="100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E418E7A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7"/>
              </w:rPr>
              <w:t>A-03</w:t>
            </w:r>
          </w:p>
        </w:tc>
        <w:tc>
          <w:tcPr>
            <w:tcW w:w="396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4038E0E" w14:textId="77777777" w:rsidR="00D4248B" w:rsidRDefault="003E4FF0">
            <w:pPr>
              <w:spacing w:after="0" w:line="259" w:lineRule="auto"/>
            </w:pPr>
            <w:r>
              <w:rPr>
                <w:sz w:val="17"/>
              </w:rPr>
              <w:t>[Describe action]</w:t>
            </w:r>
          </w:p>
        </w:tc>
        <w:tc>
          <w:tcPr>
            <w:tcW w:w="144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76D5740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7"/>
              </w:rPr>
              <w:t>[Name]</w:t>
            </w:r>
          </w:p>
        </w:tc>
        <w:tc>
          <w:tcPr>
            <w:tcW w:w="136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8B8F383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7"/>
              </w:rPr>
              <w:t>[YYYY-MM-DD]</w:t>
            </w:r>
          </w:p>
        </w:tc>
        <w:tc>
          <w:tcPr>
            <w:tcW w:w="100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62CA72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7"/>
              </w:rPr>
              <w:t>[H/M/L]</w:t>
            </w:r>
          </w:p>
        </w:tc>
        <w:tc>
          <w:tcPr>
            <w:tcW w:w="122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FD59CB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7"/>
              </w:rPr>
              <w:t>[Open]</w:t>
            </w:r>
          </w:p>
        </w:tc>
      </w:tr>
      <w:tr w:rsidR="00D4248B" w14:paraId="14474E2A" w14:textId="77777777">
        <w:trPr>
          <w:cantSplit/>
          <w:jc w:val="center"/>
        </w:trPr>
        <w:tc>
          <w:tcPr>
            <w:tcW w:w="100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B907D72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7"/>
              </w:rPr>
              <w:t>A-04</w:t>
            </w:r>
          </w:p>
        </w:tc>
        <w:tc>
          <w:tcPr>
            <w:tcW w:w="396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295110" w14:textId="77777777" w:rsidR="00D4248B" w:rsidRDefault="003E4FF0">
            <w:pPr>
              <w:spacing w:after="0" w:line="259" w:lineRule="auto"/>
            </w:pPr>
            <w:r>
              <w:rPr>
                <w:sz w:val="17"/>
              </w:rPr>
              <w:t>[Describe action]</w:t>
            </w:r>
          </w:p>
        </w:tc>
        <w:tc>
          <w:tcPr>
            <w:tcW w:w="144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91793B4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7"/>
              </w:rPr>
              <w:t>[Name]</w:t>
            </w:r>
          </w:p>
        </w:tc>
        <w:tc>
          <w:tcPr>
            <w:tcW w:w="136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8A1F68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7"/>
              </w:rPr>
              <w:t>[YYYY-MM-DD]</w:t>
            </w:r>
          </w:p>
        </w:tc>
        <w:tc>
          <w:tcPr>
            <w:tcW w:w="100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5E3A968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7"/>
              </w:rPr>
              <w:t>[H/M/L]</w:t>
            </w:r>
          </w:p>
        </w:tc>
        <w:tc>
          <w:tcPr>
            <w:tcW w:w="122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E6BF58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7"/>
              </w:rPr>
              <w:t>[Open]</w:t>
            </w:r>
          </w:p>
        </w:tc>
      </w:tr>
    </w:tbl>
    <w:p w14:paraId="0E8E67C5" w14:textId="77777777" w:rsidR="00D4248B" w:rsidRDefault="003E4FF0">
      <w:pPr>
        <w:keepNext/>
        <w:spacing w:before="80" w:after="60"/>
      </w:pPr>
      <w:r>
        <w:rPr>
          <w:b/>
          <w:color w:val="111827"/>
        </w:rPr>
        <w:t>Notes / Evidence Reviewed</w:t>
      </w:r>
    </w:p>
    <w:tbl>
      <w:tblPr>
        <w:tblW w:w="0" w:type="auto"/>
        <w:jc w:val="center"/>
        <w:tblBorders>
          <w:top w:val="single" w:sz="6" w:space="0" w:color="E5E7EB"/>
          <w:left w:val="single" w:sz="6" w:space="0" w:color="E5E7EB"/>
          <w:bottom w:val="single" w:sz="6" w:space="0" w:color="E5E7EB"/>
          <w:right w:val="single" w:sz="6" w:space="0" w:color="E5E7EB"/>
          <w:insideH w:val="single" w:sz="6" w:space="0" w:color="E5E7EB"/>
          <w:insideV w:val="single" w:sz="6" w:space="0" w:color="E5E7EB"/>
        </w:tblBorders>
        <w:tblLook w:val="04A0" w:firstRow="1" w:lastRow="0" w:firstColumn="1" w:lastColumn="0" w:noHBand="0" w:noVBand="1"/>
      </w:tblPr>
      <w:tblGrid>
        <w:gridCol w:w="10150"/>
      </w:tblGrid>
      <w:tr w:rsidR="00D4248B" w14:paraId="2644F0B7" w14:textId="77777777">
        <w:trPr>
          <w:cantSplit/>
          <w:jc w:val="center"/>
        </w:trPr>
        <w:tc>
          <w:tcPr>
            <w:tcW w:w="10166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82FA120" w14:textId="77777777" w:rsidR="00D4248B" w:rsidRDefault="003E4FF0">
            <w:pPr>
              <w:spacing w:after="0" w:line="259" w:lineRule="auto"/>
            </w:pPr>
            <w:r>
              <w:rPr>
                <w:sz w:val="20"/>
              </w:rPr>
              <w:t>[Links, report names, versions, ticket IDs, or tracker references]</w:t>
            </w:r>
            <w:r>
              <w:rPr>
                <w:sz w:val="20"/>
              </w:rPr>
              <w:br/>
            </w:r>
          </w:p>
        </w:tc>
      </w:tr>
    </w:tbl>
    <w:p w14:paraId="3DD356C6" w14:textId="77777777" w:rsidR="00D4248B" w:rsidRDefault="003E4FF0">
      <w:pPr>
        <w:keepNext/>
        <w:spacing w:before="80" w:after="60"/>
      </w:pPr>
      <w:r>
        <w:rPr>
          <w:b/>
          <w:color w:val="111827"/>
        </w:rPr>
        <w:t>Decisions</w:t>
      </w:r>
    </w:p>
    <w:tbl>
      <w:tblPr>
        <w:tblW w:w="0" w:type="auto"/>
        <w:jc w:val="center"/>
        <w:tblBorders>
          <w:top w:val="single" w:sz="6" w:space="0" w:color="E5E7EB"/>
          <w:left w:val="single" w:sz="6" w:space="0" w:color="E5E7EB"/>
          <w:bottom w:val="single" w:sz="6" w:space="0" w:color="E5E7EB"/>
          <w:right w:val="single" w:sz="6" w:space="0" w:color="E5E7EB"/>
          <w:insideH w:val="single" w:sz="6" w:space="0" w:color="E5E7EB"/>
          <w:insideV w:val="single" w:sz="6" w:space="0" w:color="E5E7EB"/>
        </w:tblBorders>
        <w:tblLook w:val="04A0" w:firstRow="1" w:lastRow="0" w:firstColumn="1" w:lastColumn="0" w:noHBand="0" w:noVBand="1"/>
      </w:tblPr>
      <w:tblGrid>
        <w:gridCol w:w="10150"/>
      </w:tblGrid>
      <w:tr w:rsidR="00D4248B" w14:paraId="0698D94B" w14:textId="77777777">
        <w:trPr>
          <w:cantSplit/>
          <w:jc w:val="center"/>
        </w:trPr>
        <w:tc>
          <w:tcPr>
            <w:tcW w:w="10166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FB4CFE8" w14:textId="77777777" w:rsidR="00D4248B" w:rsidRDefault="003E4FF0">
            <w:pPr>
              <w:spacing w:after="0" w:line="259" w:lineRule="auto"/>
            </w:pPr>
            <w:r>
              <w:rPr>
                <w:sz w:val="20"/>
              </w:rPr>
              <w:t xml:space="preserve">[Record management decisions and </w:t>
            </w:r>
            <w:r>
              <w:rPr>
                <w:sz w:val="20"/>
              </w:rPr>
              <w:t>any carry-forward actions]</w:t>
            </w:r>
            <w:r>
              <w:rPr>
                <w:sz w:val="20"/>
              </w:rPr>
              <w:br/>
            </w:r>
          </w:p>
        </w:tc>
      </w:tr>
    </w:tbl>
    <w:p w14:paraId="30D4B5D7" w14:textId="77777777" w:rsidR="00D4248B" w:rsidRDefault="003E4FF0">
      <w:r>
        <w:br w:type="page"/>
      </w:r>
    </w:p>
    <w:p w14:paraId="6B50B74B" w14:textId="77777777" w:rsidR="00D4248B" w:rsidRDefault="003E4FF0">
      <w:pPr>
        <w:keepNext/>
        <w:spacing w:before="240" w:after="140"/>
      </w:pPr>
      <w:r>
        <w:rPr>
          <w:b/>
          <w:color w:val="111827"/>
          <w:sz w:val="30"/>
        </w:rPr>
        <w:lastRenderedPageBreak/>
        <w:t>2. Changes in Internal and External Issues</w:t>
      </w:r>
    </w:p>
    <w:p w14:paraId="1294AF4F" w14:textId="77777777" w:rsidR="00D4248B" w:rsidRDefault="003E4FF0">
      <w:pPr>
        <w:keepNext/>
        <w:spacing w:after="160"/>
      </w:pPr>
      <w:r>
        <w:rPr>
          <w:i/>
          <w:color w:val="6B7280"/>
          <w:sz w:val="20"/>
        </w:rPr>
        <w:t>Clause 4.1 + Clause 9.3 input</w:t>
      </w:r>
    </w:p>
    <w:p w14:paraId="6D16354D" w14:textId="77777777" w:rsidR="00D4248B" w:rsidRDefault="003E4FF0">
      <w:pPr>
        <w:keepNext/>
        <w:spacing w:before="80" w:after="60"/>
      </w:pPr>
      <w:r>
        <w:rPr>
          <w:b/>
          <w:color w:val="111827"/>
        </w:rPr>
        <w:t>Internal Changes Since Last Review</w:t>
      </w:r>
    </w:p>
    <w:tbl>
      <w:tblPr>
        <w:tblW w:w="0" w:type="auto"/>
        <w:jc w:val="center"/>
        <w:tblBorders>
          <w:top w:val="single" w:sz="6" w:space="0" w:color="E5E7EB"/>
          <w:left w:val="single" w:sz="6" w:space="0" w:color="E5E7EB"/>
          <w:bottom w:val="single" w:sz="6" w:space="0" w:color="E5E7EB"/>
          <w:right w:val="single" w:sz="6" w:space="0" w:color="E5E7EB"/>
          <w:insideH w:val="single" w:sz="6" w:space="0" w:color="E5E7EB"/>
          <w:insideV w:val="single" w:sz="6" w:space="0" w:color="E5E7EB"/>
        </w:tblBorders>
        <w:tblLook w:val="04A0" w:firstRow="1" w:lastRow="0" w:firstColumn="1" w:lastColumn="0" w:noHBand="0" w:noVBand="1"/>
      </w:tblPr>
      <w:tblGrid>
        <w:gridCol w:w="10150"/>
      </w:tblGrid>
      <w:tr w:rsidR="00D4248B" w14:paraId="29DFDF00" w14:textId="77777777">
        <w:trPr>
          <w:cantSplit/>
          <w:jc w:val="center"/>
        </w:trPr>
        <w:tc>
          <w:tcPr>
            <w:tcW w:w="10166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807AF61" w14:textId="77777777" w:rsidR="00D4248B" w:rsidRDefault="003E4FF0">
            <w:pPr>
              <w:spacing w:after="0" w:line="259" w:lineRule="auto"/>
            </w:pPr>
            <w:r>
              <w:rPr>
                <w:sz w:val="20"/>
              </w:rPr>
              <w:t>[System, organizational, staffing, process, technology, or business changes]</w:t>
            </w:r>
            <w:r>
              <w:rPr>
                <w:sz w:val="20"/>
              </w:rPr>
              <w:br/>
            </w:r>
          </w:p>
        </w:tc>
      </w:tr>
    </w:tbl>
    <w:p w14:paraId="0C7AD6C6" w14:textId="77777777" w:rsidR="00D4248B" w:rsidRDefault="003E4FF0">
      <w:pPr>
        <w:keepNext/>
        <w:spacing w:before="80" w:after="60"/>
      </w:pPr>
      <w:r>
        <w:rPr>
          <w:b/>
          <w:color w:val="111827"/>
        </w:rPr>
        <w:t xml:space="preserve">External Changes Since Last </w:t>
      </w:r>
      <w:r>
        <w:rPr>
          <w:b/>
          <w:color w:val="111827"/>
        </w:rPr>
        <w:t>Review</w:t>
      </w:r>
    </w:p>
    <w:tbl>
      <w:tblPr>
        <w:tblW w:w="0" w:type="auto"/>
        <w:jc w:val="center"/>
        <w:tblBorders>
          <w:top w:val="single" w:sz="6" w:space="0" w:color="E5E7EB"/>
          <w:left w:val="single" w:sz="6" w:space="0" w:color="E5E7EB"/>
          <w:bottom w:val="single" w:sz="6" w:space="0" w:color="E5E7EB"/>
          <w:right w:val="single" w:sz="6" w:space="0" w:color="E5E7EB"/>
          <w:insideH w:val="single" w:sz="6" w:space="0" w:color="E5E7EB"/>
          <w:insideV w:val="single" w:sz="6" w:space="0" w:color="E5E7EB"/>
        </w:tblBorders>
        <w:tblLook w:val="04A0" w:firstRow="1" w:lastRow="0" w:firstColumn="1" w:lastColumn="0" w:noHBand="0" w:noVBand="1"/>
      </w:tblPr>
      <w:tblGrid>
        <w:gridCol w:w="10150"/>
      </w:tblGrid>
      <w:tr w:rsidR="00D4248B" w14:paraId="6A782B89" w14:textId="77777777">
        <w:trPr>
          <w:cantSplit/>
          <w:jc w:val="center"/>
        </w:trPr>
        <w:tc>
          <w:tcPr>
            <w:tcW w:w="10166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F8E2040" w14:textId="77777777" w:rsidR="00D4248B" w:rsidRDefault="003E4FF0">
            <w:pPr>
              <w:spacing w:after="0" w:line="259" w:lineRule="auto"/>
            </w:pPr>
            <w:r>
              <w:rPr>
                <w:sz w:val="20"/>
              </w:rPr>
              <w:t>[Regulatory, customer, supplier, threat, market, or contractual changes]</w:t>
            </w:r>
            <w:r>
              <w:rPr>
                <w:sz w:val="20"/>
              </w:rPr>
              <w:br/>
            </w:r>
          </w:p>
        </w:tc>
      </w:tr>
    </w:tbl>
    <w:p w14:paraId="1F2B2361" w14:textId="77777777" w:rsidR="00D4248B" w:rsidRDefault="003E4FF0">
      <w:pPr>
        <w:keepNext/>
        <w:spacing w:before="80" w:after="60"/>
      </w:pPr>
      <w:r>
        <w:rPr>
          <w:b/>
          <w:color w:val="111827"/>
        </w:rPr>
        <w:t>Impact on the ISMS</w:t>
      </w:r>
    </w:p>
    <w:tbl>
      <w:tblPr>
        <w:tblW w:w="0" w:type="auto"/>
        <w:jc w:val="center"/>
        <w:tblBorders>
          <w:top w:val="single" w:sz="6" w:space="0" w:color="E5E7EB"/>
          <w:left w:val="single" w:sz="6" w:space="0" w:color="E5E7EB"/>
          <w:bottom w:val="single" w:sz="6" w:space="0" w:color="E5E7EB"/>
          <w:right w:val="single" w:sz="6" w:space="0" w:color="E5E7EB"/>
          <w:insideH w:val="single" w:sz="6" w:space="0" w:color="E5E7EB"/>
          <w:insideV w:val="single" w:sz="6" w:space="0" w:color="E5E7EB"/>
        </w:tblBorders>
        <w:tblLook w:val="04A0" w:firstRow="1" w:lastRow="0" w:firstColumn="1" w:lastColumn="0" w:noHBand="0" w:noVBand="1"/>
      </w:tblPr>
      <w:tblGrid>
        <w:gridCol w:w="10150"/>
      </w:tblGrid>
      <w:tr w:rsidR="00D4248B" w14:paraId="6E0F20A0" w14:textId="77777777">
        <w:trPr>
          <w:cantSplit/>
          <w:jc w:val="center"/>
        </w:trPr>
        <w:tc>
          <w:tcPr>
            <w:tcW w:w="10166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F8F656" w14:textId="77777777" w:rsidR="00D4248B" w:rsidRDefault="003E4FF0">
            <w:pPr>
              <w:spacing w:after="0" w:line="259" w:lineRule="auto"/>
            </w:pPr>
            <w:r>
              <w:rPr>
                <w:sz w:val="20"/>
              </w:rPr>
              <w:t>[Risk, control, objective, scope, policy, or priority changes required]</w:t>
            </w:r>
            <w:r>
              <w:rPr>
                <w:sz w:val="20"/>
              </w:rPr>
              <w:br/>
            </w:r>
          </w:p>
        </w:tc>
      </w:tr>
    </w:tbl>
    <w:p w14:paraId="55637CBB" w14:textId="77777777" w:rsidR="00D4248B" w:rsidRDefault="003E4FF0">
      <w:pPr>
        <w:keepNext/>
        <w:spacing w:before="80" w:after="60"/>
      </w:pPr>
      <w:r>
        <w:rPr>
          <w:b/>
          <w:color w:val="111827"/>
        </w:rPr>
        <w:t>Evidence Reviewed</w:t>
      </w:r>
    </w:p>
    <w:tbl>
      <w:tblPr>
        <w:tblW w:w="0" w:type="auto"/>
        <w:jc w:val="center"/>
        <w:tblBorders>
          <w:top w:val="single" w:sz="6" w:space="0" w:color="E5E7EB"/>
          <w:left w:val="single" w:sz="6" w:space="0" w:color="E5E7EB"/>
          <w:bottom w:val="single" w:sz="6" w:space="0" w:color="E5E7EB"/>
          <w:right w:val="single" w:sz="6" w:space="0" w:color="E5E7EB"/>
          <w:insideH w:val="single" w:sz="6" w:space="0" w:color="E5E7EB"/>
          <w:insideV w:val="single" w:sz="6" w:space="0" w:color="E5E7EB"/>
        </w:tblBorders>
        <w:tblLook w:val="04A0" w:firstRow="1" w:lastRow="0" w:firstColumn="1" w:lastColumn="0" w:noHBand="0" w:noVBand="1"/>
      </w:tblPr>
      <w:tblGrid>
        <w:gridCol w:w="10150"/>
      </w:tblGrid>
      <w:tr w:rsidR="00D4248B" w14:paraId="0BFF5A05" w14:textId="77777777">
        <w:trPr>
          <w:cantSplit/>
          <w:jc w:val="center"/>
        </w:trPr>
        <w:tc>
          <w:tcPr>
            <w:tcW w:w="10166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4B4ED45" w14:textId="77777777" w:rsidR="00D4248B" w:rsidRDefault="003E4FF0">
            <w:pPr>
              <w:spacing w:after="0" w:line="259" w:lineRule="auto"/>
            </w:pPr>
            <w:r>
              <w:rPr>
                <w:sz w:val="20"/>
              </w:rPr>
              <w:t xml:space="preserve">[Risk register update, change log, project list, </w:t>
            </w:r>
            <w:r>
              <w:rPr>
                <w:sz w:val="20"/>
              </w:rPr>
              <w:t>legal/regulatory tracker]</w:t>
            </w:r>
            <w:r>
              <w:rPr>
                <w:sz w:val="20"/>
              </w:rPr>
              <w:br/>
            </w:r>
          </w:p>
        </w:tc>
      </w:tr>
    </w:tbl>
    <w:p w14:paraId="5E2D1F26" w14:textId="77777777" w:rsidR="00D4248B" w:rsidRDefault="003E4FF0">
      <w:pPr>
        <w:keepNext/>
        <w:spacing w:before="80" w:after="60"/>
      </w:pPr>
      <w:r>
        <w:rPr>
          <w:b/>
          <w:color w:val="111827"/>
        </w:rPr>
        <w:t>Decisions / Actions</w:t>
      </w:r>
    </w:p>
    <w:tbl>
      <w:tblPr>
        <w:tblW w:w="0" w:type="auto"/>
        <w:jc w:val="center"/>
        <w:tblBorders>
          <w:top w:val="single" w:sz="6" w:space="0" w:color="E5E7EB"/>
          <w:left w:val="single" w:sz="6" w:space="0" w:color="E5E7EB"/>
          <w:bottom w:val="single" w:sz="6" w:space="0" w:color="E5E7EB"/>
          <w:right w:val="single" w:sz="6" w:space="0" w:color="E5E7EB"/>
          <w:insideH w:val="single" w:sz="6" w:space="0" w:color="E5E7EB"/>
          <w:insideV w:val="single" w:sz="6" w:space="0" w:color="E5E7EB"/>
        </w:tblBorders>
        <w:tblLook w:val="04A0" w:firstRow="1" w:lastRow="0" w:firstColumn="1" w:lastColumn="0" w:noHBand="0" w:noVBand="1"/>
      </w:tblPr>
      <w:tblGrid>
        <w:gridCol w:w="10150"/>
      </w:tblGrid>
      <w:tr w:rsidR="00D4248B" w14:paraId="133648BB" w14:textId="77777777">
        <w:trPr>
          <w:cantSplit/>
          <w:jc w:val="center"/>
        </w:trPr>
        <w:tc>
          <w:tcPr>
            <w:tcW w:w="10166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410CA87" w14:textId="77777777" w:rsidR="00D4248B" w:rsidRDefault="003E4FF0">
            <w:pPr>
              <w:spacing w:after="0" w:line="259" w:lineRule="auto"/>
            </w:pPr>
            <w:r>
              <w:rPr>
                <w:sz w:val="20"/>
              </w:rPr>
              <w:t>[Action] - Owner: [Name] - Due: [Date]</w:t>
            </w:r>
            <w:r>
              <w:rPr>
                <w:sz w:val="20"/>
              </w:rPr>
              <w:br/>
            </w:r>
          </w:p>
        </w:tc>
      </w:tr>
    </w:tbl>
    <w:p w14:paraId="2490DD71" w14:textId="77777777" w:rsidR="00D4248B" w:rsidRDefault="003E4FF0">
      <w:pPr>
        <w:keepNext/>
        <w:spacing w:before="240" w:after="140"/>
      </w:pPr>
      <w:r>
        <w:rPr>
          <w:b/>
          <w:color w:val="111827"/>
          <w:sz w:val="30"/>
        </w:rPr>
        <w:t>3. Interested Parties Feedback</w:t>
      </w:r>
    </w:p>
    <w:p w14:paraId="648BF1AB" w14:textId="77777777" w:rsidR="00D4248B" w:rsidRDefault="003E4FF0">
      <w:pPr>
        <w:keepNext/>
        <w:spacing w:after="160"/>
      </w:pPr>
      <w:r>
        <w:rPr>
          <w:i/>
          <w:color w:val="6B7280"/>
          <w:sz w:val="20"/>
        </w:rPr>
        <w:t>Clause 4.2 + Clause 9.3 input</w:t>
      </w:r>
    </w:p>
    <w:p w14:paraId="67C3211C" w14:textId="77777777" w:rsidR="00D4248B" w:rsidRDefault="003E4FF0">
      <w:pPr>
        <w:keepNext/>
        <w:spacing w:before="80" w:after="60"/>
      </w:pPr>
      <w:r>
        <w:rPr>
          <w:b/>
          <w:color w:val="111827"/>
        </w:rPr>
        <w:t>Key Feedback Received</w:t>
      </w:r>
    </w:p>
    <w:tbl>
      <w:tblPr>
        <w:tblW w:w="0" w:type="auto"/>
        <w:jc w:val="center"/>
        <w:tblBorders>
          <w:top w:val="single" w:sz="6" w:space="0" w:color="E5E7EB"/>
          <w:left w:val="single" w:sz="6" w:space="0" w:color="E5E7EB"/>
          <w:bottom w:val="single" w:sz="6" w:space="0" w:color="E5E7EB"/>
          <w:right w:val="single" w:sz="6" w:space="0" w:color="E5E7EB"/>
          <w:insideH w:val="single" w:sz="6" w:space="0" w:color="E5E7EB"/>
          <w:insideV w:val="single" w:sz="6" w:space="0" w:color="E5E7EB"/>
        </w:tblBorders>
        <w:tblLook w:val="04A0" w:firstRow="1" w:lastRow="0" w:firstColumn="1" w:lastColumn="0" w:noHBand="0" w:noVBand="1"/>
      </w:tblPr>
      <w:tblGrid>
        <w:gridCol w:w="10150"/>
      </w:tblGrid>
      <w:tr w:rsidR="00D4248B" w14:paraId="1FA0FDDE" w14:textId="77777777">
        <w:trPr>
          <w:cantSplit/>
          <w:jc w:val="center"/>
        </w:trPr>
        <w:tc>
          <w:tcPr>
            <w:tcW w:w="10166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3DA0FE8" w14:textId="77777777" w:rsidR="00D4248B" w:rsidRDefault="003E4FF0">
            <w:pPr>
              <w:spacing w:after="0" w:line="259" w:lineRule="auto"/>
            </w:pPr>
            <w:r>
              <w:rPr>
                <w:sz w:val="20"/>
              </w:rPr>
              <w:t>[Customer questionnaires, complaints, SLA feedback, security requests]</w:t>
            </w:r>
            <w:r>
              <w:rPr>
                <w:sz w:val="20"/>
              </w:rPr>
              <w:br/>
            </w:r>
          </w:p>
        </w:tc>
      </w:tr>
    </w:tbl>
    <w:p w14:paraId="7E37E52B" w14:textId="77777777" w:rsidR="00D4248B" w:rsidRDefault="003E4FF0">
      <w:pPr>
        <w:keepNext/>
        <w:spacing w:before="80" w:after="60"/>
      </w:pPr>
      <w:r>
        <w:rPr>
          <w:b/>
          <w:color w:val="111827"/>
        </w:rPr>
        <w:t>Regulator /</w:t>
      </w:r>
      <w:r>
        <w:rPr>
          <w:b/>
          <w:color w:val="111827"/>
        </w:rPr>
        <w:t xml:space="preserve"> Insurer Feedback</w:t>
      </w:r>
    </w:p>
    <w:tbl>
      <w:tblPr>
        <w:tblW w:w="0" w:type="auto"/>
        <w:jc w:val="center"/>
        <w:tblBorders>
          <w:top w:val="single" w:sz="6" w:space="0" w:color="E5E7EB"/>
          <w:left w:val="single" w:sz="6" w:space="0" w:color="E5E7EB"/>
          <w:bottom w:val="single" w:sz="6" w:space="0" w:color="E5E7EB"/>
          <w:right w:val="single" w:sz="6" w:space="0" w:color="E5E7EB"/>
          <w:insideH w:val="single" w:sz="6" w:space="0" w:color="E5E7EB"/>
          <w:insideV w:val="single" w:sz="6" w:space="0" w:color="E5E7EB"/>
        </w:tblBorders>
        <w:tblLook w:val="04A0" w:firstRow="1" w:lastRow="0" w:firstColumn="1" w:lastColumn="0" w:noHBand="0" w:noVBand="1"/>
      </w:tblPr>
      <w:tblGrid>
        <w:gridCol w:w="10150"/>
      </w:tblGrid>
      <w:tr w:rsidR="00D4248B" w14:paraId="0AA34519" w14:textId="77777777">
        <w:trPr>
          <w:cantSplit/>
          <w:jc w:val="center"/>
        </w:trPr>
        <w:tc>
          <w:tcPr>
            <w:tcW w:w="10166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15F9350" w14:textId="77777777" w:rsidR="00D4248B" w:rsidRDefault="003E4FF0">
            <w:pPr>
              <w:spacing w:after="0" w:line="259" w:lineRule="auto"/>
            </w:pPr>
            <w:r>
              <w:rPr>
                <w:sz w:val="20"/>
              </w:rPr>
              <w:t>[Details, if applicable]</w:t>
            </w:r>
            <w:r>
              <w:rPr>
                <w:sz w:val="20"/>
              </w:rPr>
              <w:br/>
            </w:r>
          </w:p>
        </w:tc>
      </w:tr>
    </w:tbl>
    <w:p w14:paraId="349E8C2D" w14:textId="77777777" w:rsidR="00D4248B" w:rsidRDefault="003E4FF0">
      <w:pPr>
        <w:keepNext/>
        <w:spacing w:before="80" w:after="60"/>
      </w:pPr>
      <w:r>
        <w:rPr>
          <w:b/>
          <w:color w:val="111827"/>
        </w:rPr>
        <w:t>Evidence Reviewed</w:t>
      </w:r>
    </w:p>
    <w:tbl>
      <w:tblPr>
        <w:tblW w:w="0" w:type="auto"/>
        <w:jc w:val="center"/>
        <w:tblBorders>
          <w:top w:val="single" w:sz="6" w:space="0" w:color="E5E7EB"/>
          <w:left w:val="single" w:sz="6" w:space="0" w:color="E5E7EB"/>
          <w:bottom w:val="single" w:sz="6" w:space="0" w:color="E5E7EB"/>
          <w:right w:val="single" w:sz="6" w:space="0" w:color="E5E7EB"/>
          <w:insideH w:val="single" w:sz="6" w:space="0" w:color="E5E7EB"/>
          <w:insideV w:val="single" w:sz="6" w:space="0" w:color="E5E7EB"/>
        </w:tblBorders>
        <w:tblLook w:val="04A0" w:firstRow="1" w:lastRow="0" w:firstColumn="1" w:lastColumn="0" w:noHBand="0" w:noVBand="1"/>
      </w:tblPr>
      <w:tblGrid>
        <w:gridCol w:w="10150"/>
      </w:tblGrid>
      <w:tr w:rsidR="00D4248B" w14:paraId="29BCFC94" w14:textId="77777777">
        <w:trPr>
          <w:cantSplit/>
          <w:jc w:val="center"/>
        </w:trPr>
        <w:tc>
          <w:tcPr>
            <w:tcW w:w="10166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17467C0" w14:textId="77777777" w:rsidR="00D4248B" w:rsidRDefault="003E4FF0">
            <w:pPr>
              <w:spacing w:after="0" w:line="259" w:lineRule="auto"/>
            </w:pPr>
            <w:r>
              <w:rPr>
                <w:sz w:val="20"/>
              </w:rPr>
              <w:t>[Customer security requests log, contracts, security addenda, feedback records]</w:t>
            </w:r>
            <w:r>
              <w:rPr>
                <w:sz w:val="20"/>
              </w:rPr>
              <w:br/>
            </w:r>
          </w:p>
        </w:tc>
      </w:tr>
    </w:tbl>
    <w:p w14:paraId="52328CB6" w14:textId="77777777" w:rsidR="00D4248B" w:rsidRDefault="003E4FF0">
      <w:pPr>
        <w:keepNext/>
        <w:spacing w:before="80" w:after="60"/>
      </w:pPr>
      <w:r>
        <w:rPr>
          <w:b/>
          <w:color w:val="111827"/>
        </w:rPr>
        <w:t>Decisions / Actions</w:t>
      </w:r>
    </w:p>
    <w:tbl>
      <w:tblPr>
        <w:tblW w:w="0" w:type="auto"/>
        <w:jc w:val="center"/>
        <w:tblBorders>
          <w:top w:val="single" w:sz="6" w:space="0" w:color="E5E7EB"/>
          <w:left w:val="single" w:sz="6" w:space="0" w:color="E5E7EB"/>
          <w:bottom w:val="single" w:sz="6" w:space="0" w:color="E5E7EB"/>
          <w:right w:val="single" w:sz="6" w:space="0" w:color="E5E7EB"/>
          <w:insideH w:val="single" w:sz="6" w:space="0" w:color="E5E7EB"/>
          <w:insideV w:val="single" w:sz="6" w:space="0" w:color="E5E7EB"/>
        </w:tblBorders>
        <w:tblLook w:val="04A0" w:firstRow="1" w:lastRow="0" w:firstColumn="1" w:lastColumn="0" w:noHBand="0" w:noVBand="1"/>
      </w:tblPr>
      <w:tblGrid>
        <w:gridCol w:w="10150"/>
      </w:tblGrid>
      <w:tr w:rsidR="00D4248B" w14:paraId="3CDAD2A2" w14:textId="77777777">
        <w:trPr>
          <w:cantSplit/>
          <w:jc w:val="center"/>
        </w:trPr>
        <w:tc>
          <w:tcPr>
            <w:tcW w:w="10166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84CFEE0" w14:textId="77777777" w:rsidR="00D4248B" w:rsidRDefault="003E4FF0">
            <w:pPr>
              <w:spacing w:after="0" w:line="259" w:lineRule="auto"/>
            </w:pPr>
            <w:r>
              <w:rPr>
                <w:sz w:val="20"/>
              </w:rPr>
              <w:t>[Action] - Owner: [Name] - Due: [Date]</w:t>
            </w:r>
            <w:r>
              <w:rPr>
                <w:sz w:val="20"/>
              </w:rPr>
              <w:br/>
            </w:r>
          </w:p>
        </w:tc>
      </w:tr>
    </w:tbl>
    <w:p w14:paraId="31CF630D" w14:textId="77777777" w:rsidR="00D4248B" w:rsidRDefault="003E4FF0">
      <w:r>
        <w:br w:type="page"/>
      </w:r>
    </w:p>
    <w:p w14:paraId="7C17A729" w14:textId="77777777" w:rsidR="00D4248B" w:rsidRDefault="003E4FF0">
      <w:pPr>
        <w:keepNext/>
        <w:spacing w:before="240" w:after="140"/>
      </w:pPr>
      <w:r>
        <w:rPr>
          <w:b/>
          <w:color w:val="111827"/>
          <w:sz w:val="30"/>
        </w:rPr>
        <w:lastRenderedPageBreak/>
        <w:t xml:space="preserve">4. ISMS Performance and </w:t>
      </w:r>
      <w:r>
        <w:rPr>
          <w:b/>
          <w:color w:val="111827"/>
          <w:sz w:val="30"/>
        </w:rPr>
        <w:t>Effectiveness</w:t>
      </w:r>
    </w:p>
    <w:p w14:paraId="3274CE00" w14:textId="77777777" w:rsidR="00D4248B" w:rsidRDefault="003E4FF0">
      <w:pPr>
        <w:keepNext/>
        <w:spacing w:after="160"/>
      </w:pPr>
      <w:r>
        <w:rPr>
          <w:i/>
          <w:color w:val="6B7280"/>
          <w:sz w:val="20"/>
        </w:rPr>
        <w:t>Clause 9.1 + Clause 9.3 input</w:t>
      </w:r>
    </w:p>
    <w:p w14:paraId="460FA473" w14:textId="77777777" w:rsidR="00D4248B" w:rsidRDefault="003E4FF0">
      <w:pPr>
        <w:keepNext/>
        <w:spacing w:before="80"/>
      </w:pPr>
      <w:r>
        <w:rPr>
          <w:b/>
          <w:color w:val="111827"/>
          <w:sz w:val="22"/>
        </w:rPr>
        <w:t>Security Objectives</w:t>
      </w:r>
    </w:p>
    <w:tbl>
      <w:tblPr>
        <w:tblW w:w="0" w:type="auto"/>
        <w:jc w:val="center"/>
        <w:tblBorders>
          <w:top w:val="single" w:sz="6" w:space="0" w:color="E5E7EB"/>
          <w:left w:val="single" w:sz="6" w:space="0" w:color="E5E7EB"/>
          <w:bottom w:val="single" w:sz="6" w:space="0" w:color="E5E7EB"/>
          <w:right w:val="single" w:sz="6" w:space="0" w:color="E5E7EB"/>
          <w:insideH w:val="single" w:sz="6" w:space="0" w:color="E5E7EB"/>
          <w:insideV w:val="single" w:sz="6" w:space="0" w:color="E5E7EB"/>
        </w:tblBorders>
        <w:tblLayout w:type="fixed"/>
        <w:tblLook w:val="04A0" w:firstRow="1" w:lastRow="0" w:firstColumn="1" w:lastColumn="0" w:noHBand="0" w:noVBand="1"/>
      </w:tblPr>
      <w:tblGrid>
        <w:gridCol w:w="3096"/>
        <w:gridCol w:w="2880"/>
        <w:gridCol w:w="1368"/>
        <w:gridCol w:w="1368"/>
        <w:gridCol w:w="1368"/>
      </w:tblGrid>
      <w:tr w:rsidR="00D4248B" w14:paraId="5C9AE3C4" w14:textId="77777777">
        <w:trPr>
          <w:cantSplit/>
          <w:jc w:val="center"/>
        </w:trPr>
        <w:tc>
          <w:tcPr>
            <w:tcW w:w="3096" w:type="dxa"/>
            <w:shd w:val="clear" w:color="auto" w:fill="B7000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124B06F" w14:textId="77777777" w:rsidR="00D4248B" w:rsidRDefault="003E4FF0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8"/>
              </w:rPr>
              <w:t>Objective</w:t>
            </w:r>
          </w:p>
        </w:tc>
        <w:tc>
          <w:tcPr>
            <w:tcW w:w="2880" w:type="dxa"/>
            <w:shd w:val="clear" w:color="auto" w:fill="B7000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791784D" w14:textId="77777777" w:rsidR="00D4248B" w:rsidRDefault="003E4FF0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8"/>
              </w:rPr>
              <w:t>Metric / KPI</w:t>
            </w:r>
          </w:p>
        </w:tc>
        <w:tc>
          <w:tcPr>
            <w:tcW w:w="1368" w:type="dxa"/>
            <w:shd w:val="clear" w:color="auto" w:fill="B7000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2C103FC" w14:textId="77777777" w:rsidR="00D4248B" w:rsidRDefault="003E4FF0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8"/>
              </w:rPr>
              <w:t>Current</w:t>
            </w:r>
          </w:p>
        </w:tc>
        <w:tc>
          <w:tcPr>
            <w:tcW w:w="1368" w:type="dxa"/>
            <w:shd w:val="clear" w:color="auto" w:fill="B7000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1C27E23" w14:textId="77777777" w:rsidR="00D4248B" w:rsidRDefault="003E4FF0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8"/>
              </w:rPr>
              <w:t>Target</w:t>
            </w:r>
          </w:p>
        </w:tc>
        <w:tc>
          <w:tcPr>
            <w:tcW w:w="1368" w:type="dxa"/>
            <w:shd w:val="clear" w:color="auto" w:fill="B7000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D6DE945" w14:textId="77777777" w:rsidR="00D4248B" w:rsidRDefault="003E4FF0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8"/>
              </w:rPr>
              <w:t>Trend</w:t>
            </w:r>
          </w:p>
        </w:tc>
      </w:tr>
      <w:tr w:rsidR="00D4248B" w14:paraId="78454879" w14:textId="77777777">
        <w:trPr>
          <w:cantSplit/>
          <w:jc w:val="center"/>
        </w:trPr>
        <w:tc>
          <w:tcPr>
            <w:tcW w:w="309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D20BF07" w14:textId="77777777" w:rsidR="00D4248B" w:rsidRDefault="003E4FF0">
            <w:pPr>
              <w:spacing w:after="0" w:line="259" w:lineRule="auto"/>
            </w:pPr>
            <w:r>
              <w:rPr>
                <w:sz w:val="18"/>
              </w:rPr>
              <w:t>[Objective]</w:t>
            </w:r>
          </w:p>
        </w:tc>
        <w:tc>
          <w:tcPr>
            <w:tcW w:w="288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C4D4DCE" w14:textId="77777777" w:rsidR="00D4248B" w:rsidRDefault="003E4FF0">
            <w:pPr>
              <w:spacing w:after="0" w:line="259" w:lineRule="auto"/>
            </w:pPr>
            <w:r>
              <w:rPr>
                <w:sz w:val="18"/>
              </w:rPr>
              <w:t>[KPI]</w:t>
            </w:r>
          </w:p>
        </w:tc>
        <w:tc>
          <w:tcPr>
            <w:tcW w:w="136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CAE9EA5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8"/>
              </w:rPr>
              <w:t>[Value]</w:t>
            </w:r>
          </w:p>
        </w:tc>
        <w:tc>
          <w:tcPr>
            <w:tcW w:w="136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208EC5E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8"/>
              </w:rPr>
              <w:t>[Value]</w:t>
            </w:r>
          </w:p>
        </w:tc>
        <w:tc>
          <w:tcPr>
            <w:tcW w:w="136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B60B67A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8"/>
              </w:rPr>
              <w:t>[Up/Down/Stable]</w:t>
            </w:r>
          </w:p>
        </w:tc>
      </w:tr>
      <w:tr w:rsidR="00D4248B" w14:paraId="25714A94" w14:textId="77777777">
        <w:trPr>
          <w:cantSplit/>
          <w:jc w:val="center"/>
        </w:trPr>
        <w:tc>
          <w:tcPr>
            <w:tcW w:w="309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FA485D" w14:textId="77777777" w:rsidR="00D4248B" w:rsidRDefault="003E4FF0">
            <w:pPr>
              <w:spacing w:after="0" w:line="259" w:lineRule="auto"/>
            </w:pPr>
            <w:r>
              <w:rPr>
                <w:sz w:val="18"/>
              </w:rPr>
              <w:t>[Objective]</w:t>
            </w:r>
          </w:p>
        </w:tc>
        <w:tc>
          <w:tcPr>
            <w:tcW w:w="288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0B6DBBE" w14:textId="77777777" w:rsidR="00D4248B" w:rsidRDefault="003E4FF0">
            <w:pPr>
              <w:spacing w:after="0" w:line="259" w:lineRule="auto"/>
            </w:pPr>
            <w:r>
              <w:rPr>
                <w:sz w:val="18"/>
              </w:rPr>
              <w:t>[KPI]</w:t>
            </w:r>
          </w:p>
        </w:tc>
        <w:tc>
          <w:tcPr>
            <w:tcW w:w="136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218FE8F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8"/>
              </w:rPr>
              <w:t>[Value]</w:t>
            </w:r>
          </w:p>
        </w:tc>
        <w:tc>
          <w:tcPr>
            <w:tcW w:w="136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3EA9B6C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8"/>
              </w:rPr>
              <w:t>[Value]</w:t>
            </w:r>
          </w:p>
        </w:tc>
        <w:tc>
          <w:tcPr>
            <w:tcW w:w="136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A597885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8"/>
              </w:rPr>
              <w:t>[Up/Down/Stable]</w:t>
            </w:r>
          </w:p>
        </w:tc>
      </w:tr>
      <w:tr w:rsidR="00D4248B" w14:paraId="4F75BFAB" w14:textId="77777777">
        <w:trPr>
          <w:cantSplit/>
          <w:jc w:val="center"/>
        </w:trPr>
        <w:tc>
          <w:tcPr>
            <w:tcW w:w="309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646D574" w14:textId="77777777" w:rsidR="00D4248B" w:rsidRDefault="003E4FF0">
            <w:pPr>
              <w:spacing w:after="0" w:line="259" w:lineRule="auto"/>
            </w:pPr>
            <w:r>
              <w:rPr>
                <w:sz w:val="18"/>
              </w:rPr>
              <w:t>[Objective]</w:t>
            </w:r>
          </w:p>
        </w:tc>
        <w:tc>
          <w:tcPr>
            <w:tcW w:w="288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67773C4" w14:textId="77777777" w:rsidR="00D4248B" w:rsidRDefault="003E4FF0">
            <w:pPr>
              <w:spacing w:after="0" w:line="259" w:lineRule="auto"/>
            </w:pPr>
            <w:r>
              <w:rPr>
                <w:sz w:val="18"/>
              </w:rPr>
              <w:t>[KPI]</w:t>
            </w:r>
          </w:p>
        </w:tc>
        <w:tc>
          <w:tcPr>
            <w:tcW w:w="136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FA121FD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8"/>
              </w:rPr>
              <w:t>[Value]</w:t>
            </w:r>
          </w:p>
        </w:tc>
        <w:tc>
          <w:tcPr>
            <w:tcW w:w="136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3A19D16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8"/>
              </w:rPr>
              <w:t>[Value]</w:t>
            </w:r>
          </w:p>
        </w:tc>
        <w:tc>
          <w:tcPr>
            <w:tcW w:w="136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A1414FB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8"/>
              </w:rPr>
              <w:t>[Up/Down/Stable]</w:t>
            </w:r>
          </w:p>
        </w:tc>
      </w:tr>
    </w:tbl>
    <w:p w14:paraId="7346DED5" w14:textId="77777777" w:rsidR="00D4248B" w:rsidRDefault="003E4FF0">
      <w:pPr>
        <w:keepNext/>
        <w:spacing w:before="80" w:after="60"/>
      </w:pPr>
      <w:r>
        <w:rPr>
          <w:b/>
          <w:color w:val="111827"/>
        </w:rPr>
        <w:t>Monitoring and Measurement Highlights</w:t>
      </w:r>
    </w:p>
    <w:tbl>
      <w:tblPr>
        <w:tblW w:w="0" w:type="auto"/>
        <w:jc w:val="center"/>
        <w:tblBorders>
          <w:top w:val="single" w:sz="6" w:space="0" w:color="E5E7EB"/>
          <w:left w:val="single" w:sz="6" w:space="0" w:color="E5E7EB"/>
          <w:bottom w:val="single" w:sz="6" w:space="0" w:color="E5E7EB"/>
          <w:right w:val="single" w:sz="6" w:space="0" w:color="E5E7EB"/>
          <w:insideH w:val="single" w:sz="6" w:space="0" w:color="E5E7EB"/>
          <w:insideV w:val="single" w:sz="6" w:space="0" w:color="E5E7EB"/>
        </w:tblBorders>
        <w:tblLook w:val="04A0" w:firstRow="1" w:lastRow="0" w:firstColumn="1" w:lastColumn="0" w:noHBand="0" w:noVBand="1"/>
      </w:tblPr>
      <w:tblGrid>
        <w:gridCol w:w="10150"/>
      </w:tblGrid>
      <w:tr w:rsidR="00D4248B" w14:paraId="1803FF5E" w14:textId="77777777">
        <w:trPr>
          <w:cantSplit/>
          <w:jc w:val="center"/>
        </w:trPr>
        <w:tc>
          <w:tcPr>
            <w:tcW w:w="10166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0DF77CF" w14:textId="77777777" w:rsidR="00D4248B" w:rsidRDefault="003E4FF0">
            <w:pPr>
              <w:spacing w:after="0" w:line="259" w:lineRule="auto"/>
            </w:pPr>
            <w:r>
              <w:rPr>
                <w:sz w:val="20"/>
              </w:rPr>
              <w:t>[Key metrics and what they mean]</w:t>
            </w:r>
            <w:r>
              <w:rPr>
                <w:sz w:val="20"/>
              </w:rPr>
              <w:br/>
            </w:r>
          </w:p>
        </w:tc>
      </w:tr>
    </w:tbl>
    <w:p w14:paraId="6C687158" w14:textId="77777777" w:rsidR="00D4248B" w:rsidRDefault="003E4FF0">
      <w:pPr>
        <w:keepNext/>
        <w:spacing w:before="80" w:after="60"/>
      </w:pPr>
      <w:r>
        <w:rPr>
          <w:b/>
          <w:color w:val="111827"/>
        </w:rPr>
        <w:t>Incidents and Near-Misses</w:t>
      </w:r>
    </w:p>
    <w:tbl>
      <w:tblPr>
        <w:tblW w:w="0" w:type="auto"/>
        <w:jc w:val="center"/>
        <w:tblBorders>
          <w:top w:val="single" w:sz="6" w:space="0" w:color="E5E7EB"/>
          <w:left w:val="single" w:sz="6" w:space="0" w:color="E5E7EB"/>
          <w:bottom w:val="single" w:sz="6" w:space="0" w:color="E5E7EB"/>
          <w:right w:val="single" w:sz="6" w:space="0" w:color="E5E7EB"/>
          <w:insideH w:val="single" w:sz="6" w:space="0" w:color="E5E7EB"/>
          <w:insideV w:val="single" w:sz="6" w:space="0" w:color="E5E7EB"/>
        </w:tblBorders>
        <w:tblLook w:val="04A0" w:firstRow="1" w:lastRow="0" w:firstColumn="1" w:lastColumn="0" w:noHBand="0" w:noVBand="1"/>
      </w:tblPr>
      <w:tblGrid>
        <w:gridCol w:w="10150"/>
      </w:tblGrid>
      <w:tr w:rsidR="00D4248B" w14:paraId="5C7141DF" w14:textId="77777777">
        <w:trPr>
          <w:cantSplit/>
          <w:jc w:val="center"/>
        </w:trPr>
        <w:tc>
          <w:tcPr>
            <w:tcW w:w="10166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DD12B26" w14:textId="77777777" w:rsidR="00D4248B" w:rsidRDefault="003E4FF0">
            <w:pPr>
              <w:spacing w:after="0" w:line="259" w:lineRule="auto"/>
            </w:pPr>
            <w:r>
              <w:rPr>
                <w:sz w:val="20"/>
              </w:rPr>
              <w:t>Number: [#] | Material: [Yes/No] | Lessons applied: [Yes/No + list]</w:t>
            </w:r>
            <w:r>
              <w:rPr>
                <w:sz w:val="20"/>
              </w:rPr>
              <w:br/>
            </w:r>
          </w:p>
        </w:tc>
      </w:tr>
    </w:tbl>
    <w:p w14:paraId="7FF8E598" w14:textId="77777777" w:rsidR="00D4248B" w:rsidRDefault="003E4FF0">
      <w:pPr>
        <w:keepNext/>
        <w:spacing w:before="80" w:after="60"/>
      </w:pPr>
      <w:r>
        <w:rPr>
          <w:b/>
          <w:color w:val="111827"/>
        </w:rPr>
        <w:t>Evidence Reviewed</w:t>
      </w:r>
    </w:p>
    <w:tbl>
      <w:tblPr>
        <w:tblW w:w="0" w:type="auto"/>
        <w:jc w:val="center"/>
        <w:tblBorders>
          <w:top w:val="single" w:sz="6" w:space="0" w:color="E5E7EB"/>
          <w:left w:val="single" w:sz="6" w:space="0" w:color="E5E7EB"/>
          <w:bottom w:val="single" w:sz="6" w:space="0" w:color="E5E7EB"/>
          <w:right w:val="single" w:sz="6" w:space="0" w:color="E5E7EB"/>
          <w:insideH w:val="single" w:sz="6" w:space="0" w:color="E5E7EB"/>
          <w:insideV w:val="single" w:sz="6" w:space="0" w:color="E5E7EB"/>
        </w:tblBorders>
        <w:tblLook w:val="04A0" w:firstRow="1" w:lastRow="0" w:firstColumn="1" w:lastColumn="0" w:noHBand="0" w:noVBand="1"/>
      </w:tblPr>
      <w:tblGrid>
        <w:gridCol w:w="10150"/>
      </w:tblGrid>
      <w:tr w:rsidR="00D4248B" w14:paraId="5C628192" w14:textId="77777777">
        <w:trPr>
          <w:cantSplit/>
          <w:jc w:val="center"/>
        </w:trPr>
        <w:tc>
          <w:tcPr>
            <w:tcW w:w="10166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A8CF368" w14:textId="77777777" w:rsidR="00D4248B" w:rsidRDefault="003E4FF0">
            <w:pPr>
              <w:spacing w:after="0" w:line="259" w:lineRule="auto"/>
            </w:pPr>
            <w:r>
              <w:rPr>
                <w:sz w:val="20"/>
              </w:rPr>
              <w:t xml:space="preserve">[KPI dashboard/report, incident summary, </w:t>
            </w:r>
            <w:r>
              <w:rPr>
                <w:sz w:val="20"/>
              </w:rPr>
              <w:t>awareness/phishing report]</w:t>
            </w:r>
            <w:r>
              <w:rPr>
                <w:sz w:val="20"/>
              </w:rPr>
              <w:br/>
            </w:r>
          </w:p>
        </w:tc>
      </w:tr>
    </w:tbl>
    <w:p w14:paraId="4A119EFF" w14:textId="77777777" w:rsidR="00D4248B" w:rsidRDefault="003E4FF0">
      <w:pPr>
        <w:keepNext/>
        <w:spacing w:before="80" w:after="60"/>
      </w:pPr>
      <w:r>
        <w:rPr>
          <w:b/>
          <w:color w:val="111827"/>
        </w:rPr>
        <w:t>Decisions / Actions</w:t>
      </w:r>
    </w:p>
    <w:tbl>
      <w:tblPr>
        <w:tblW w:w="0" w:type="auto"/>
        <w:jc w:val="center"/>
        <w:tblBorders>
          <w:top w:val="single" w:sz="6" w:space="0" w:color="E5E7EB"/>
          <w:left w:val="single" w:sz="6" w:space="0" w:color="E5E7EB"/>
          <w:bottom w:val="single" w:sz="6" w:space="0" w:color="E5E7EB"/>
          <w:right w:val="single" w:sz="6" w:space="0" w:color="E5E7EB"/>
          <w:insideH w:val="single" w:sz="6" w:space="0" w:color="E5E7EB"/>
          <w:insideV w:val="single" w:sz="6" w:space="0" w:color="E5E7EB"/>
        </w:tblBorders>
        <w:tblLook w:val="04A0" w:firstRow="1" w:lastRow="0" w:firstColumn="1" w:lastColumn="0" w:noHBand="0" w:noVBand="1"/>
      </w:tblPr>
      <w:tblGrid>
        <w:gridCol w:w="10150"/>
      </w:tblGrid>
      <w:tr w:rsidR="00D4248B" w14:paraId="1CC63526" w14:textId="77777777">
        <w:trPr>
          <w:cantSplit/>
          <w:jc w:val="center"/>
        </w:trPr>
        <w:tc>
          <w:tcPr>
            <w:tcW w:w="10166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0D7820" w14:textId="77777777" w:rsidR="00D4248B" w:rsidRDefault="003E4FF0">
            <w:pPr>
              <w:spacing w:after="0" w:line="259" w:lineRule="auto"/>
            </w:pPr>
            <w:r>
              <w:rPr>
                <w:sz w:val="20"/>
              </w:rPr>
              <w:t>[Action] - Owner: [Name] - Due: [Date]</w:t>
            </w:r>
            <w:r>
              <w:rPr>
                <w:sz w:val="20"/>
              </w:rPr>
              <w:br/>
            </w:r>
          </w:p>
        </w:tc>
      </w:tr>
    </w:tbl>
    <w:p w14:paraId="7AF1BE41" w14:textId="77777777" w:rsidR="00D4248B" w:rsidRDefault="003E4FF0">
      <w:pPr>
        <w:keepNext/>
        <w:spacing w:before="240" w:after="140"/>
      </w:pPr>
      <w:r>
        <w:rPr>
          <w:b/>
          <w:color w:val="111827"/>
          <w:sz w:val="30"/>
        </w:rPr>
        <w:t>5. Audit Results</w:t>
      </w:r>
    </w:p>
    <w:p w14:paraId="271CC072" w14:textId="77777777" w:rsidR="00D4248B" w:rsidRDefault="003E4FF0">
      <w:pPr>
        <w:keepNext/>
        <w:spacing w:after="160"/>
      </w:pPr>
      <w:r>
        <w:rPr>
          <w:i/>
          <w:color w:val="6B7280"/>
          <w:sz w:val="20"/>
        </w:rPr>
        <w:t>Clause 9.2 + Clause 9.3 input</w:t>
      </w:r>
    </w:p>
    <w:p w14:paraId="150FA092" w14:textId="77777777" w:rsidR="00D4248B" w:rsidRDefault="003E4FF0">
      <w:pPr>
        <w:keepNext/>
        <w:spacing w:before="80" w:after="60"/>
      </w:pPr>
      <w:r>
        <w:rPr>
          <w:b/>
          <w:color w:val="111827"/>
        </w:rPr>
        <w:t>Internal Audit Summary</w:t>
      </w:r>
    </w:p>
    <w:tbl>
      <w:tblPr>
        <w:tblW w:w="0" w:type="auto"/>
        <w:jc w:val="center"/>
        <w:tblBorders>
          <w:top w:val="single" w:sz="6" w:space="0" w:color="E5E7EB"/>
          <w:left w:val="single" w:sz="6" w:space="0" w:color="E5E7EB"/>
          <w:bottom w:val="single" w:sz="6" w:space="0" w:color="E5E7EB"/>
          <w:right w:val="single" w:sz="6" w:space="0" w:color="E5E7EB"/>
          <w:insideH w:val="single" w:sz="6" w:space="0" w:color="E5E7EB"/>
          <w:insideV w:val="single" w:sz="6" w:space="0" w:color="E5E7EB"/>
        </w:tblBorders>
        <w:tblLook w:val="04A0" w:firstRow="1" w:lastRow="0" w:firstColumn="1" w:lastColumn="0" w:noHBand="0" w:noVBand="1"/>
      </w:tblPr>
      <w:tblGrid>
        <w:gridCol w:w="10150"/>
      </w:tblGrid>
      <w:tr w:rsidR="00D4248B" w14:paraId="0C1E1158" w14:textId="77777777">
        <w:trPr>
          <w:cantSplit/>
          <w:jc w:val="center"/>
        </w:trPr>
        <w:tc>
          <w:tcPr>
            <w:tcW w:w="10166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38FBBA3" w14:textId="77777777" w:rsidR="00D4248B" w:rsidRDefault="003E4FF0">
            <w:pPr>
              <w:spacing w:after="0" w:line="259" w:lineRule="auto"/>
            </w:pPr>
            <w:r>
              <w:rPr>
                <w:sz w:val="20"/>
              </w:rPr>
              <w:t>Audits completed: [#] | Major: [#] | Minor: [#] | Opportunities: [#] | High-risk findings: [List</w:t>
            </w:r>
            <w:r>
              <w:rPr>
                <w:sz w:val="20"/>
              </w:rPr>
              <w:t>]</w:t>
            </w:r>
            <w:r>
              <w:rPr>
                <w:sz w:val="20"/>
              </w:rPr>
              <w:br/>
            </w:r>
          </w:p>
        </w:tc>
      </w:tr>
    </w:tbl>
    <w:p w14:paraId="788C0820" w14:textId="77777777" w:rsidR="00D4248B" w:rsidRDefault="003E4FF0">
      <w:pPr>
        <w:keepNext/>
        <w:spacing w:before="80" w:after="60"/>
      </w:pPr>
      <w:r>
        <w:rPr>
          <w:b/>
          <w:color w:val="111827"/>
        </w:rPr>
        <w:t>External Audit Summary</w:t>
      </w:r>
    </w:p>
    <w:tbl>
      <w:tblPr>
        <w:tblW w:w="0" w:type="auto"/>
        <w:jc w:val="center"/>
        <w:tblBorders>
          <w:top w:val="single" w:sz="6" w:space="0" w:color="E5E7EB"/>
          <w:left w:val="single" w:sz="6" w:space="0" w:color="E5E7EB"/>
          <w:bottom w:val="single" w:sz="6" w:space="0" w:color="E5E7EB"/>
          <w:right w:val="single" w:sz="6" w:space="0" w:color="E5E7EB"/>
          <w:insideH w:val="single" w:sz="6" w:space="0" w:color="E5E7EB"/>
          <w:insideV w:val="single" w:sz="6" w:space="0" w:color="E5E7EB"/>
        </w:tblBorders>
        <w:tblLook w:val="04A0" w:firstRow="1" w:lastRow="0" w:firstColumn="1" w:lastColumn="0" w:noHBand="0" w:noVBand="1"/>
      </w:tblPr>
      <w:tblGrid>
        <w:gridCol w:w="10150"/>
      </w:tblGrid>
      <w:tr w:rsidR="00D4248B" w14:paraId="1277B699" w14:textId="77777777">
        <w:trPr>
          <w:cantSplit/>
          <w:jc w:val="center"/>
        </w:trPr>
        <w:tc>
          <w:tcPr>
            <w:tcW w:w="10166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20A571" w14:textId="77777777" w:rsidR="00D4248B" w:rsidRDefault="003E4FF0">
            <w:pPr>
              <w:spacing w:after="0" w:line="259" w:lineRule="auto"/>
            </w:pPr>
            <w:r>
              <w:rPr>
                <w:sz w:val="20"/>
              </w:rPr>
              <w:t>[Audit type/date, key findings, status - if applicable]</w:t>
            </w:r>
            <w:r>
              <w:rPr>
                <w:sz w:val="20"/>
              </w:rPr>
              <w:br/>
            </w:r>
          </w:p>
        </w:tc>
      </w:tr>
    </w:tbl>
    <w:p w14:paraId="15A4B731" w14:textId="77777777" w:rsidR="00D4248B" w:rsidRDefault="003E4FF0">
      <w:pPr>
        <w:keepNext/>
        <w:spacing w:before="80" w:after="60"/>
      </w:pPr>
      <w:r>
        <w:rPr>
          <w:b/>
          <w:color w:val="111827"/>
        </w:rPr>
        <w:t>Evidence Reviewed</w:t>
      </w:r>
    </w:p>
    <w:tbl>
      <w:tblPr>
        <w:tblW w:w="0" w:type="auto"/>
        <w:jc w:val="center"/>
        <w:tblBorders>
          <w:top w:val="single" w:sz="6" w:space="0" w:color="E5E7EB"/>
          <w:left w:val="single" w:sz="6" w:space="0" w:color="E5E7EB"/>
          <w:bottom w:val="single" w:sz="6" w:space="0" w:color="E5E7EB"/>
          <w:right w:val="single" w:sz="6" w:space="0" w:color="E5E7EB"/>
          <w:insideH w:val="single" w:sz="6" w:space="0" w:color="E5E7EB"/>
          <w:insideV w:val="single" w:sz="6" w:space="0" w:color="E5E7EB"/>
        </w:tblBorders>
        <w:tblLook w:val="04A0" w:firstRow="1" w:lastRow="0" w:firstColumn="1" w:lastColumn="0" w:noHBand="0" w:noVBand="1"/>
      </w:tblPr>
      <w:tblGrid>
        <w:gridCol w:w="10150"/>
      </w:tblGrid>
      <w:tr w:rsidR="00D4248B" w14:paraId="118C3422" w14:textId="77777777">
        <w:trPr>
          <w:cantSplit/>
          <w:jc w:val="center"/>
        </w:trPr>
        <w:tc>
          <w:tcPr>
            <w:tcW w:w="10166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B14A1B3" w14:textId="77777777" w:rsidR="00D4248B" w:rsidRDefault="003E4FF0">
            <w:pPr>
              <w:spacing w:after="0" w:line="259" w:lineRule="auto"/>
            </w:pPr>
            <w:r>
              <w:rPr>
                <w:sz w:val="20"/>
              </w:rPr>
              <w:t>[Internal audit reports, corrective action tracker, external audit report]</w:t>
            </w:r>
            <w:r>
              <w:rPr>
                <w:sz w:val="20"/>
              </w:rPr>
              <w:br/>
            </w:r>
          </w:p>
        </w:tc>
      </w:tr>
    </w:tbl>
    <w:p w14:paraId="4AB8C99A" w14:textId="77777777" w:rsidR="00D4248B" w:rsidRDefault="003E4FF0">
      <w:pPr>
        <w:keepNext/>
        <w:spacing w:before="80" w:after="60"/>
      </w:pPr>
      <w:r>
        <w:rPr>
          <w:b/>
          <w:color w:val="111827"/>
        </w:rPr>
        <w:lastRenderedPageBreak/>
        <w:t>Decisions / Actions</w:t>
      </w:r>
    </w:p>
    <w:tbl>
      <w:tblPr>
        <w:tblW w:w="0" w:type="auto"/>
        <w:jc w:val="center"/>
        <w:tblBorders>
          <w:top w:val="single" w:sz="6" w:space="0" w:color="E5E7EB"/>
          <w:left w:val="single" w:sz="6" w:space="0" w:color="E5E7EB"/>
          <w:bottom w:val="single" w:sz="6" w:space="0" w:color="E5E7EB"/>
          <w:right w:val="single" w:sz="6" w:space="0" w:color="E5E7EB"/>
          <w:insideH w:val="single" w:sz="6" w:space="0" w:color="E5E7EB"/>
          <w:insideV w:val="single" w:sz="6" w:space="0" w:color="E5E7EB"/>
        </w:tblBorders>
        <w:tblLook w:val="04A0" w:firstRow="1" w:lastRow="0" w:firstColumn="1" w:lastColumn="0" w:noHBand="0" w:noVBand="1"/>
      </w:tblPr>
      <w:tblGrid>
        <w:gridCol w:w="10150"/>
      </w:tblGrid>
      <w:tr w:rsidR="00D4248B" w14:paraId="5C7068B7" w14:textId="77777777">
        <w:trPr>
          <w:cantSplit/>
          <w:jc w:val="center"/>
        </w:trPr>
        <w:tc>
          <w:tcPr>
            <w:tcW w:w="10166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E1AFD33" w14:textId="77777777" w:rsidR="00D4248B" w:rsidRDefault="003E4FF0">
            <w:pPr>
              <w:spacing w:after="0" w:line="259" w:lineRule="auto"/>
            </w:pPr>
            <w:r>
              <w:rPr>
                <w:sz w:val="20"/>
              </w:rPr>
              <w:t>[Action] - Owner: [Name] - Due: [Date]</w:t>
            </w:r>
            <w:r>
              <w:rPr>
                <w:sz w:val="20"/>
              </w:rPr>
              <w:br/>
            </w:r>
          </w:p>
        </w:tc>
      </w:tr>
    </w:tbl>
    <w:p w14:paraId="5F6E107E" w14:textId="77777777" w:rsidR="00D4248B" w:rsidRDefault="003E4FF0">
      <w:r>
        <w:br w:type="page"/>
      </w:r>
    </w:p>
    <w:p w14:paraId="1C7B8DB7" w14:textId="77777777" w:rsidR="00D4248B" w:rsidRDefault="003E4FF0">
      <w:pPr>
        <w:keepNext/>
        <w:spacing w:before="240" w:after="140"/>
      </w:pPr>
      <w:r>
        <w:rPr>
          <w:b/>
          <w:color w:val="111827"/>
          <w:sz w:val="30"/>
        </w:rPr>
        <w:lastRenderedPageBreak/>
        <w:t xml:space="preserve">6. </w:t>
      </w:r>
      <w:r>
        <w:rPr>
          <w:b/>
          <w:color w:val="111827"/>
          <w:sz w:val="30"/>
        </w:rPr>
        <w:t>Nonconformities and Corrective Actions</w:t>
      </w:r>
    </w:p>
    <w:p w14:paraId="4AF85416" w14:textId="77777777" w:rsidR="00D4248B" w:rsidRDefault="003E4FF0">
      <w:pPr>
        <w:keepNext/>
        <w:spacing w:after="160"/>
      </w:pPr>
      <w:r>
        <w:rPr>
          <w:i/>
          <w:color w:val="6B7280"/>
          <w:sz w:val="20"/>
        </w:rPr>
        <w:t>Clause 10.1 + Clause 9.3 input</w:t>
      </w:r>
    </w:p>
    <w:p w14:paraId="33BEA915" w14:textId="77777777" w:rsidR="00D4248B" w:rsidRDefault="003E4FF0">
      <w:pPr>
        <w:keepNext/>
        <w:spacing w:before="80"/>
      </w:pPr>
      <w:r>
        <w:rPr>
          <w:b/>
          <w:color w:val="111827"/>
          <w:sz w:val="22"/>
        </w:rPr>
        <w:t>Open Nonconformities</w:t>
      </w:r>
    </w:p>
    <w:tbl>
      <w:tblPr>
        <w:tblW w:w="0" w:type="auto"/>
        <w:jc w:val="center"/>
        <w:tblBorders>
          <w:top w:val="single" w:sz="6" w:space="0" w:color="E5E7EB"/>
          <w:left w:val="single" w:sz="6" w:space="0" w:color="E5E7EB"/>
          <w:bottom w:val="single" w:sz="6" w:space="0" w:color="E5E7EB"/>
          <w:right w:val="single" w:sz="6" w:space="0" w:color="E5E7EB"/>
          <w:insideH w:val="single" w:sz="6" w:space="0" w:color="E5E7EB"/>
          <w:insideV w:val="single" w:sz="6" w:space="0" w:color="E5E7EB"/>
        </w:tblBorders>
        <w:tblLayout w:type="fixed"/>
        <w:tblLook w:val="04A0" w:firstRow="1" w:lastRow="0" w:firstColumn="1" w:lastColumn="0" w:noHBand="0" w:noVBand="1"/>
      </w:tblPr>
      <w:tblGrid>
        <w:gridCol w:w="1080"/>
        <w:gridCol w:w="4536"/>
        <w:gridCol w:w="1584"/>
        <w:gridCol w:w="1440"/>
        <w:gridCol w:w="1440"/>
      </w:tblGrid>
      <w:tr w:rsidR="00D4248B" w14:paraId="4C482C80" w14:textId="77777777">
        <w:trPr>
          <w:cantSplit/>
          <w:jc w:val="center"/>
        </w:trPr>
        <w:tc>
          <w:tcPr>
            <w:tcW w:w="1080" w:type="dxa"/>
            <w:shd w:val="clear" w:color="auto" w:fill="B7000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4696358" w14:textId="77777777" w:rsidR="00D4248B" w:rsidRDefault="003E4FF0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8"/>
              </w:rPr>
              <w:t>NC ID</w:t>
            </w:r>
          </w:p>
        </w:tc>
        <w:tc>
          <w:tcPr>
            <w:tcW w:w="4536" w:type="dxa"/>
            <w:shd w:val="clear" w:color="auto" w:fill="B7000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150335" w14:textId="77777777" w:rsidR="00D4248B" w:rsidRDefault="003E4FF0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8"/>
              </w:rPr>
              <w:t>Description</w:t>
            </w:r>
          </w:p>
        </w:tc>
        <w:tc>
          <w:tcPr>
            <w:tcW w:w="1584" w:type="dxa"/>
            <w:shd w:val="clear" w:color="auto" w:fill="B7000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328D2BC" w14:textId="77777777" w:rsidR="00D4248B" w:rsidRDefault="003E4FF0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8"/>
              </w:rPr>
              <w:t>Owner</w:t>
            </w:r>
          </w:p>
        </w:tc>
        <w:tc>
          <w:tcPr>
            <w:tcW w:w="1440" w:type="dxa"/>
            <w:shd w:val="clear" w:color="auto" w:fill="B7000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0293EE6" w14:textId="77777777" w:rsidR="00D4248B" w:rsidRDefault="003E4FF0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8"/>
              </w:rPr>
              <w:t>Due Date</w:t>
            </w:r>
          </w:p>
        </w:tc>
        <w:tc>
          <w:tcPr>
            <w:tcW w:w="1440" w:type="dxa"/>
            <w:shd w:val="clear" w:color="auto" w:fill="B7000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95EFE21" w14:textId="77777777" w:rsidR="00D4248B" w:rsidRDefault="003E4FF0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8"/>
              </w:rPr>
              <w:t>Status</w:t>
            </w:r>
          </w:p>
        </w:tc>
      </w:tr>
      <w:tr w:rsidR="00D4248B" w14:paraId="51BE7FD7" w14:textId="77777777">
        <w:trPr>
          <w:cantSplit/>
          <w:jc w:val="center"/>
        </w:trPr>
        <w:tc>
          <w:tcPr>
            <w:tcW w:w="108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7E015BA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8"/>
              </w:rPr>
              <w:t>NC-01</w:t>
            </w:r>
          </w:p>
        </w:tc>
        <w:tc>
          <w:tcPr>
            <w:tcW w:w="453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AAE3146" w14:textId="77777777" w:rsidR="00D4248B" w:rsidRDefault="003E4FF0">
            <w:pPr>
              <w:spacing w:after="0" w:line="259" w:lineRule="auto"/>
            </w:pPr>
            <w:r>
              <w:rPr>
                <w:sz w:val="18"/>
              </w:rPr>
              <w:t>[Description]</w:t>
            </w:r>
          </w:p>
        </w:tc>
        <w:tc>
          <w:tcPr>
            <w:tcW w:w="158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A526D1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8"/>
              </w:rPr>
              <w:t>[Name]</w:t>
            </w:r>
          </w:p>
        </w:tc>
        <w:tc>
          <w:tcPr>
            <w:tcW w:w="144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5CEF858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8"/>
              </w:rPr>
              <w:t>[Date]</w:t>
            </w:r>
          </w:p>
        </w:tc>
        <w:tc>
          <w:tcPr>
            <w:tcW w:w="144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01A0856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8"/>
              </w:rPr>
              <w:t>[Open / In Progress]</w:t>
            </w:r>
          </w:p>
        </w:tc>
      </w:tr>
      <w:tr w:rsidR="00D4248B" w14:paraId="1A322A89" w14:textId="77777777">
        <w:trPr>
          <w:cantSplit/>
          <w:jc w:val="center"/>
        </w:trPr>
        <w:tc>
          <w:tcPr>
            <w:tcW w:w="108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3B4894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8"/>
              </w:rPr>
              <w:t>NC-02</w:t>
            </w:r>
          </w:p>
        </w:tc>
        <w:tc>
          <w:tcPr>
            <w:tcW w:w="453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15C17B4" w14:textId="77777777" w:rsidR="00D4248B" w:rsidRDefault="003E4FF0">
            <w:pPr>
              <w:spacing w:after="0" w:line="259" w:lineRule="auto"/>
            </w:pPr>
            <w:r>
              <w:rPr>
                <w:sz w:val="18"/>
              </w:rPr>
              <w:t>[Description]</w:t>
            </w:r>
          </w:p>
        </w:tc>
        <w:tc>
          <w:tcPr>
            <w:tcW w:w="158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506283D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8"/>
              </w:rPr>
              <w:t>[Name]</w:t>
            </w:r>
          </w:p>
        </w:tc>
        <w:tc>
          <w:tcPr>
            <w:tcW w:w="144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8426973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8"/>
              </w:rPr>
              <w:t>[Date]</w:t>
            </w:r>
          </w:p>
        </w:tc>
        <w:tc>
          <w:tcPr>
            <w:tcW w:w="144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6D450F3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8"/>
              </w:rPr>
              <w:t>[Open / In Progress]</w:t>
            </w:r>
          </w:p>
        </w:tc>
      </w:tr>
      <w:tr w:rsidR="00D4248B" w14:paraId="64AF0973" w14:textId="77777777">
        <w:trPr>
          <w:cantSplit/>
          <w:jc w:val="center"/>
        </w:trPr>
        <w:tc>
          <w:tcPr>
            <w:tcW w:w="108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967C59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8"/>
              </w:rPr>
              <w:t>NC-03</w:t>
            </w:r>
          </w:p>
        </w:tc>
        <w:tc>
          <w:tcPr>
            <w:tcW w:w="453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52D2D1C" w14:textId="77777777" w:rsidR="00D4248B" w:rsidRDefault="003E4FF0">
            <w:pPr>
              <w:spacing w:after="0" w:line="259" w:lineRule="auto"/>
            </w:pPr>
            <w:r>
              <w:rPr>
                <w:sz w:val="18"/>
              </w:rPr>
              <w:t>[Description]</w:t>
            </w:r>
          </w:p>
        </w:tc>
        <w:tc>
          <w:tcPr>
            <w:tcW w:w="158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1286FA7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8"/>
              </w:rPr>
              <w:t>[Name]</w:t>
            </w:r>
          </w:p>
        </w:tc>
        <w:tc>
          <w:tcPr>
            <w:tcW w:w="144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502366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8"/>
              </w:rPr>
              <w:t>[Date]</w:t>
            </w:r>
          </w:p>
        </w:tc>
        <w:tc>
          <w:tcPr>
            <w:tcW w:w="144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6ACFB4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8"/>
              </w:rPr>
              <w:t>[Open / In Progress]</w:t>
            </w:r>
          </w:p>
        </w:tc>
      </w:tr>
    </w:tbl>
    <w:p w14:paraId="2A0A718C" w14:textId="77777777" w:rsidR="00D4248B" w:rsidRDefault="003E4FF0">
      <w:pPr>
        <w:keepNext/>
        <w:spacing w:before="80" w:after="60"/>
      </w:pPr>
      <w:r>
        <w:rPr>
          <w:b/>
          <w:color w:val="111827"/>
        </w:rPr>
        <w:t>Effectiveness Verification</w:t>
      </w:r>
    </w:p>
    <w:tbl>
      <w:tblPr>
        <w:tblW w:w="0" w:type="auto"/>
        <w:jc w:val="center"/>
        <w:tblBorders>
          <w:top w:val="single" w:sz="6" w:space="0" w:color="E5E7EB"/>
          <w:left w:val="single" w:sz="6" w:space="0" w:color="E5E7EB"/>
          <w:bottom w:val="single" w:sz="6" w:space="0" w:color="E5E7EB"/>
          <w:right w:val="single" w:sz="6" w:space="0" w:color="E5E7EB"/>
          <w:insideH w:val="single" w:sz="6" w:space="0" w:color="E5E7EB"/>
          <w:insideV w:val="single" w:sz="6" w:space="0" w:color="E5E7EB"/>
        </w:tblBorders>
        <w:tblLook w:val="04A0" w:firstRow="1" w:lastRow="0" w:firstColumn="1" w:lastColumn="0" w:noHBand="0" w:noVBand="1"/>
      </w:tblPr>
      <w:tblGrid>
        <w:gridCol w:w="10150"/>
      </w:tblGrid>
      <w:tr w:rsidR="00D4248B" w14:paraId="7EE8EB78" w14:textId="77777777">
        <w:trPr>
          <w:cantSplit/>
          <w:jc w:val="center"/>
        </w:trPr>
        <w:tc>
          <w:tcPr>
            <w:tcW w:w="10166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DB2C97E" w14:textId="77777777" w:rsidR="00D4248B" w:rsidRDefault="003E4FF0">
            <w:pPr>
              <w:spacing w:after="0" w:line="259" w:lineRule="auto"/>
            </w:pPr>
            <w:r>
              <w:rPr>
                <w:sz w:val="20"/>
              </w:rPr>
              <w:t>Closed actions verified? [Yes/No] | Method: [Sample / test / metrics]</w:t>
            </w:r>
            <w:r>
              <w:rPr>
                <w:sz w:val="20"/>
              </w:rPr>
              <w:br/>
            </w:r>
          </w:p>
        </w:tc>
      </w:tr>
    </w:tbl>
    <w:p w14:paraId="489E4ECF" w14:textId="77777777" w:rsidR="00D4248B" w:rsidRDefault="003E4FF0">
      <w:pPr>
        <w:keepNext/>
        <w:spacing w:before="80" w:after="60"/>
      </w:pPr>
      <w:r>
        <w:rPr>
          <w:b/>
          <w:color w:val="111827"/>
        </w:rPr>
        <w:t>Evidence Reviewed</w:t>
      </w:r>
    </w:p>
    <w:tbl>
      <w:tblPr>
        <w:tblW w:w="0" w:type="auto"/>
        <w:jc w:val="center"/>
        <w:tblBorders>
          <w:top w:val="single" w:sz="6" w:space="0" w:color="E5E7EB"/>
          <w:left w:val="single" w:sz="6" w:space="0" w:color="E5E7EB"/>
          <w:bottom w:val="single" w:sz="6" w:space="0" w:color="E5E7EB"/>
          <w:right w:val="single" w:sz="6" w:space="0" w:color="E5E7EB"/>
          <w:insideH w:val="single" w:sz="6" w:space="0" w:color="E5E7EB"/>
          <w:insideV w:val="single" w:sz="6" w:space="0" w:color="E5E7EB"/>
        </w:tblBorders>
        <w:tblLook w:val="04A0" w:firstRow="1" w:lastRow="0" w:firstColumn="1" w:lastColumn="0" w:noHBand="0" w:noVBand="1"/>
      </w:tblPr>
      <w:tblGrid>
        <w:gridCol w:w="10150"/>
      </w:tblGrid>
      <w:tr w:rsidR="00D4248B" w14:paraId="1167246A" w14:textId="77777777">
        <w:trPr>
          <w:cantSplit/>
          <w:jc w:val="center"/>
        </w:trPr>
        <w:tc>
          <w:tcPr>
            <w:tcW w:w="10166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C422A8C" w14:textId="77777777" w:rsidR="00D4248B" w:rsidRDefault="003E4FF0">
            <w:pPr>
              <w:spacing w:after="0" w:line="259" w:lineRule="auto"/>
            </w:pPr>
            <w:r>
              <w:rPr>
                <w:sz w:val="20"/>
              </w:rPr>
              <w:t>[Root-cause analysis reports, verification results, closure evidence]</w:t>
            </w:r>
            <w:r>
              <w:rPr>
                <w:sz w:val="20"/>
              </w:rPr>
              <w:br/>
            </w:r>
          </w:p>
        </w:tc>
      </w:tr>
    </w:tbl>
    <w:p w14:paraId="3CECAB2F" w14:textId="77777777" w:rsidR="00D4248B" w:rsidRDefault="003E4FF0">
      <w:pPr>
        <w:keepNext/>
        <w:spacing w:before="80" w:after="60"/>
      </w:pPr>
      <w:r>
        <w:rPr>
          <w:b/>
          <w:color w:val="111827"/>
        </w:rPr>
        <w:t>Decisions / Actions</w:t>
      </w:r>
    </w:p>
    <w:tbl>
      <w:tblPr>
        <w:tblW w:w="0" w:type="auto"/>
        <w:jc w:val="center"/>
        <w:tblBorders>
          <w:top w:val="single" w:sz="6" w:space="0" w:color="E5E7EB"/>
          <w:left w:val="single" w:sz="6" w:space="0" w:color="E5E7EB"/>
          <w:bottom w:val="single" w:sz="6" w:space="0" w:color="E5E7EB"/>
          <w:right w:val="single" w:sz="6" w:space="0" w:color="E5E7EB"/>
          <w:insideH w:val="single" w:sz="6" w:space="0" w:color="E5E7EB"/>
          <w:insideV w:val="single" w:sz="6" w:space="0" w:color="E5E7EB"/>
        </w:tblBorders>
        <w:tblLook w:val="04A0" w:firstRow="1" w:lastRow="0" w:firstColumn="1" w:lastColumn="0" w:noHBand="0" w:noVBand="1"/>
      </w:tblPr>
      <w:tblGrid>
        <w:gridCol w:w="10150"/>
      </w:tblGrid>
      <w:tr w:rsidR="00D4248B" w14:paraId="088FADFD" w14:textId="77777777">
        <w:trPr>
          <w:cantSplit/>
          <w:jc w:val="center"/>
        </w:trPr>
        <w:tc>
          <w:tcPr>
            <w:tcW w:w="10166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E6FF826" w14:textId="77777777" w:rsidR="00D4248B" w:rsidRDefault="003E4FF0">
            <w:pPr>
              <w:spacing w:after="0" w:line="259" w:lineRule="auto"/>
            </w:pPr>
            <w:r>
              <w:rPr>
                <w:sz w:val="20"/>
              </w:rPr>
              <w:t>[Action] - Owner: [Name] - Due: [Date]</w:t>
            </w:r>
            <w:r>
              <w:rPr>
                <w:sz w:val="20"/>
              </w:rPr>
              <w:br/>
            </w:r>
          </w:p>
        </w:tc>
      </w:tr>
    </w:tbl>
    <w:p w14:paraId="0B1270C5" w14:textId="77777777" w:rsidR="00D4248B" w:rsidRDefault="003E4FF0">
      <w:r>
        <w:br w:type="page"/>
      </w:r>
    </w:p>
    <w:p w14:paraId="5D7CEF56" w14:textId="77777777" w:rsidR="00D4248B" w:rsidRDefault="003E4FF0">
      <w:pPr>
        <w:keepNext/>
        <w:spacing w:before="240" w:after="140"/>
      </w:pPr>
      <w:r>
        <w:rPr>
          <w:b/>
          <w:color w:val="111827"/>
          <w:sz w:val="30"/>
        </w:rPr>
        <w:lastRenderedPageBreak/>
        <w:t>7. Risk Assessment and Risk Treatment Status</w:t>
      </w:r>
    </w:p>
    <w:p w14:paraId="1CF691CF" w14:textId="77777777" w:rsidR="00D4248B" w:rsidRDefault="003E4FF0">
      <w:pPr>
        <w:keepNext/>
        <w:spacing w:after="160"/>
      </w:pPr>
      <w:r>
        <w:rPr>
          <w:i/>
          <w:color w:val="6B7280"/>
          <w:sz w:val="20"/>
        </w:rPr>
        <w:t>Clause 6.1 + Clause 9.3 input</w:t>
      </w:r>
    </w:p>
    <w:tbl>
      <w:tblPr>
        <w:tblW w:w="0" w:type="auto"/>
        <w:jc w:val="center"/>
        <w:tblBorders>
          <w:top w:val="single" w:sz="6" w:space="0" w:color="E5E7EB"/>
          <w:left w:val="single" w:sz="6" w:space="0" w:color="E5E7EB"/>
          <w:bottom w:val="single" w:sz="6" w:space="0" w:color="E5E7EB"/>
          <w:right w:val="single" w:sz="6" w:space="0" w:color="E5E7EB"/>
          <w:insideH w:val="single" w:sz="6" w:space="0" w:color="E5E7EB"/>
          <w:insideV w:val="single" w:sz="6" w:space="0" w:color="E5E7EB"/>
        </w:tblBorders>
        <w:tblLayout w:type="fixed"/>
        <w:tblLook w:val="04A0" w:firstRow="1" w:lastRow="0" w:firstColumn="1" w:lastColumn="0" w:noHBand="0" w:noVBand="1"/>
      </w:tblPr>
      <w:tblGrid>
        <w:gridCol w:w="4608"/>
        <w:gridCol w:w="1296"/>
        <w:gridCol w:w="1728"/>
        <w:gridCol w:w="2448"/>
      </w:tblGrid>
      <w:tr w:rsidR="00D4248B" w14:paraId="03E7A72B" w14:textId="77777777">
        <w:trPr>
          <w:cantSplit/>
          <w:jc w:val="center"/>
        </w:trPr>
        <w:tc>
          <w:tcPr>
            <w:tcW w:w="4608" w:type="dxa"/>
            <w:shd w:val="clear" w:color="auto" w:fill="B7000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A446454" w14:textId="77777777" w:rsidR="00D4248B" w:rsidRDefault="003E4FF0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8"/>
              </w:rPr>
              <w:t>Risk</w:t>
            </w:r>
          </w:p>
        </w:tc>
        <w:tc>
          <w:tcPr>
            <w:tcW w:w="1296" w:type="dxa"/>
            <w:shd w:val="clear" w:color="auto" w:fill="B7000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C9B1D8" w14:textId="77777777" w:rsidR="00D4248B" w:rsidRDefault="003E4FF0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8"/>
              </w:rPr>
              <w:t>Level</w:t>
            </w:r>
          </w:p>
        </w:tc>
        <w:tc>
          <w:tcPr>
            <w:tcW w:w="1728" w:type="dxa"/>
            <w:shd w:val="clear" w:color="auto" w:fill="B7000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0B8A8AD" w14:textId="77777777" w:rsidR="00D4248B" w:rsidRDefault="003E4FF0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8"/>
              </w:rPr>
              <w:t>Owner</w:t>
            </w:r>
          </w:p>
        </w:tc>
        <w:tc>
          <w:tcPr>
            <w:tcW w:w="2448" w:type="dxa"/>
            <w:shd w:val="clear" w:color="auto" w:fill="B7000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72BBC68" w14:textId="77777777" w:rsidR="00D4248B" w:rsidRDefault="003E4FF0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8"/>
              </w:rPr>
              <w:t>Treatment Status</w:t>
            </w:r>
          </w:p>
        </w:tc>
      </w:tr>
      <w:tr w:rsidR="00D4248B" w14:paraId="58B4F19D" w14:textId="77777777">
        <w:trPr>
          <w:cantSplit/>
          <w:jc w:val="center"/>
        </w:trPr>
        <w:tc>
          <w:tcPr>
            <w:tcW w:w="460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904D7BD" w14:textId="77777777" w:rsidR="00D4248B" w:rsidRDefault="003E4FF0">
            <w:pPr>
              <w:spacing w:after="0" w:line="259" w:lineRule="auto"/>
            </w:pPr>
            <w:r>
              <w:rPr>
                <w:sz w:val="18"/>
              </w:rPr>
              <w:t>[Risk]</w:t>
            </w:r>
          </w:p>
        </w:tc>
        <w:tc>
          <w:tcPr>
            <w:tcW w:w="129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9D5538F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8"/>
              </w:rPr>
              <w:t>[H/M/L]</w:t>
            </w:r>
          </w:p>
        </w:tc>
        <w:tc>
          <w:tcPr>
            <w:tcW w:w="172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7F3965B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8"/>
              </w:rPr>
              <w:t>[Name]</w:t>
            </w:r>
          </w:p>
        </w:tc>
        <w:tc>
          <w:tcPr>
            <w:tcW w:w="244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6DBC8D9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8"/>
              </w:rPr>
              <w:t>[On Track / At Risk]</w:t>
            </w:r>
          </w:p>
        </w:tc>
      </w:tr>
      <w:tr w:rsidR="00D4248B" w14:paraId="2A84E17A" w14:textId="77777777">
        <w:trPr>
          <w:cantSplit/>
          <w:jc w:val="center"/>
        </w:trPr>
        <w:tc>
          <w:tcPr>
            <w:tcW w:w="460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A60A7F" w14:textId="77777777" w:rsidR="00D4248B" w:rsidRDefault="003E4FF0">
            <w:pPr>
              <w:spacing w:after="0" w:line="259" w:lineRule="auto"/>
            </w:pPr>
            <w:r>
              <w:rPr>
                <w:sz w:val="18"/>
              </w:rPr>
              <w:t>[Risk]</w:t>
            </w:r>
          </w:p>
        </w:tc>
        <w:tc>
          <w:tcPr>
            <w:tcW w:w="129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ED8AA4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8"/>
              </w:rPr>
              <w:t>[H/M/L]</w:t>
            </w:r>
          </w:p>
        </w:tc>
        <w:tc>
          <w:tcPr>
            <w:tcW w:w="172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FECB3FB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8"/>
              </w:rPr>
              <w:t>[Name]</w:t>
            </w:r>
          </w:p>
        </w:tc>
        <w:tc>
          <w:tcPr>
            <w:tcW w:w="244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6C18E81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8"/>
              </w:rPr>
              <w:t xml:space="preserve">[On Track / At </w:t>
            </w:r>
            <w:r>
              <w:rPr>
                <w:sz w:val="18"/>
              </w:rPr>
              <w:t>Risk]</w:t>
            </w:r>
          </w:p>
        </w:tc>
      </w:tr>
      <w:tr w:rsidR="00D4248B" w14:paraId="3A769BB8" w14:textId="77777777">
        <w:trPr>
          <w:cantSplit/>
          <w:jc w:val="center"/>
        </w:trPr>
        <w:tc>
          <w:tcPr>
            <w:tcW w:w="460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6CACD67" w14:textId="77777777" w:rsidR="00D4248B" w:rsidRDefault="003E4FF0">
            <w:pPr>
              <w:spacing w:after="0" w:line="259" w:lineRule="auto"/>
            </w:pPr>
            <w:r>
              <w:rPr>
                <w:sz w:val="18"/>
              </w:rPr>
              <w:t>[Risk]</w:t>
            </w:r>
          </w:p>
        </w:tc>
        <w:tc>
          <w:tcPr>
            <w:tcW w:w="129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D36B837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8"/>
              </w:rPr>
              <w:t>[H/M/L]</w:t>
            </w:r>
          </w:p>
        </w:tc>
        <w:tc>
          <w:tcPr>
            <w:tcW w:w="172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74600FA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8"/>
              </w:rPr>
              <w:t>[Name]</w:t>
            </w:r>
          </w:p>
        </w:tc>
        <w:tc>
          <w:tcPr>
            <w:tcW w:w="244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3A05F59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8"/>
              </w:rPr>
              <w:t>[On Track / At Risk]</w:t>
            </w:r>
          </w:p>
        </w:tc>
      </w:tr>
    </w:tbl>
    <w:p w14:paraId="7340B922" w14:textId="77777777" w:rsidR="00D4248B" w:rsidRDefault="003E4FF0">
      <w:pPr>
        <w:keepNext/>
        <w:spacing w:before="80" w:after="60"/>
      </w:pPr>
      <w:r>
        <w:rPr>
          <w:b/>
          <w:color w:val="111827"/>
        </w:rPr>
        <w:t>Risk Acceptances</w:t>
      </w:r>
    </w:p>
    <w:tbl>
      <w:tblPr>
        <w:tblW w:w="0" w:type="auto"/>
        <w:jc w:val="center"/>
        <w:tblBorders>
          <w:top w:val="single" w:sz="6" w:space="0" w:color="E5E7EB"/>
          <w:left w:val="single" w:sz="6" w:space="0" w:color="E5E7EB"/>
          <w:bottom w:val="single" w:sz="6" w:space="0" w:color="E5E7EB"/>
          <w:right w:val="single" w:sz="6" w:space="0" w:color="E5E7EB"/>
          <w:insideH w:val="single" w:sz="6" w:space="0" w:color="E5E7EB"/>
          <w:insideV w:val="single" w:sz="6" w:space="0" w:color="E5E7EB"/>
        </w:tblBorders>
        <w:tblLook w:val="04A0" w:firstRow="1" w:lastRow="0" w:firstColumn="1" w:lastColumn="0" w:noHBand="0" w:noVBand="1"/>
      </w:tblPr>
      <w:tblGrid>
        <w:gridCol w:w="10150"/>
      </w:tblGrid>
      <w:tr w:rsidR="00D4248B" w14:paraId="6B6F0BFE" w14:textId="77777777">
        <w:trPr>
          <w:cantSplit/>
          <w:jc w:val="center"/>
        </w:trPr>
        <w:tc>
          <w:tcPr>
            <w:tcW w:w="10166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50B3EA5" w14:textId="77777777" w:rsidR="00D4248B" w:rsidRDefault="003E4FF0">
            <w:pPr>
              <w:spacing w:after="0" w:line="259" w:lineRule="auto"/>
            </w:pPr>
            <w:r>
              <w:rPr>
                <w:sz w:val="20"/>
              </w:rPr>
              <w:t>[Risk] - Approved by: [Name] - Date: [Date] - Review date: [Date]</w:t>
            </w:r>
            <w:r>
              <w:rPr>
                <w:sz w:val="20"/>
              </w:rPr>
              <w:br/>
            </w:r>
          </w:p>
        </w:tc>
      </w:tr>
    </w:tbl>
    <w:p w14:paraId="1E2BF720" w14:textId="77777777" w:rsidR="00D4248B" w:rsidRDefault="003E4FF0">
      <w:pPr>
        <w:keepNext/>
        <w:spacing w:before="80" w:after="60"/>
      </w:pPr>
      <w:r>
        <w:rPr>
          <w:b/>
          <w:color w:val="111827"/>
        </w:rPr>
        <w:t>Statement of Applicability Changes</w:t>
      </w:r>
    </w:p>
    <w:tbl>
      <w:tblPr>
        <w:tblW w:w="0" w:type="auto"/>
        <w:jc w:val="center"/>
        <w:tblBorders>
          <w:top w:val="single" w:sz="6" w:space="0" w:color="E5E7EB"/>
          <w:left w:val="single" w:sz="6" w:space="0" w:color="E5E7EB"/>
          <w:bottom w:val="single" w:sz="6" w:space="0" w:color="E5E7EB"/>
          <w:right w:val="single" w:sz="6" w:space="0" w:color="E5E7EB"/>
          <w:insideH w:val="single" w:sz="6" w:space="0" w:color="E5E7EB"/>
          <w:insideV w:val="single" w:sz="6" w:space="0" w:color="E5E7EB"/>
        </w:tblBorders>
        <w:tblLook w:val="04A0" w:firstRow="1" w:lastRow="0" w:firstColumn="1" w:lastColumn="0" w:noHBand="0" w:noVBand="1"/>
      </w:tblPr>
      <w:tblGrid>
        <w:gridCol w:w="10150"/>
      </w:tblGrid>
      <w:tr w:rsidR="00D4248B" w14:paraId="7C8116EF" w14:textId="77777777">
        <w:trPr>
          <w:cantSplit/>
          <w:jc w:val="center"/>
        </w:trPr>
        <w:tc>
          <w:tcPr>
            <w:tcW w:w="10166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7B4572D" w14:textId="77777777" w:rsidR="00D4248B" w:rsidRDefault="003E4FF0">
            <w:pPr>
              <w:spacing w:after="0" w:line="259" w:lineRule="auto"/>
            </w:pPr>
            <w:r>
              <w:rPr>
                <w:sz w:val="20"/>
              </w:rPr>
              <w:t>[Control changes and justification, if any]</w:t>
            </w:r>
            <w:r>
              <w:rPr>
                <w:sz w:val="20"/>
              </w:rPr>
              <w:br/>
            </w:r>
          </w:p>
        </w:tc>
      </w:tr>
    </w:tbl>
    <w:p w14:paraId="7F59DADD" w14:textId="77777777" w:rsidR="00D4248B" w:rsidRDefault="003E4FF0">
      <w:pPr>
        <w:keepNext/>
        <w:spacing w:before="80" w:after="60"/>
      </w:pPr>
      <w:r>
        <w:rPr>
          <w:b/>
          <w:color w:val="111827"/>
        </w:rPr>
        <w:t>Evidence Reviewed</w:t>
      </w:r>
    </w:p>
    <w:tbl>
      <w:tblPr>
        <w:tblW w:w="0" w:type="auto"/>
        <w:jc w:val="center"/>
        <w:tblBorders>
          <w:top w:val="single" w:sz="6" w:space="0" w:color="E5E7EB"/>
          <w:left w:val="single" w:sz="6" w:space="0" w:color="E5E7EB"/>
          <w:bottom w:val="single" w:sz="6" w:space="0" w:color="E5E7EB"/>
          <w:right w:val="single" w:sz="6" w:space="0" w:color="E5E7EB"/>
          <w:insideH w:val="single" w:sz="6" w:space="0" w:color="E5E7EB"/>
          <w:insideV w:val="single" w:sz="6" w:space="0" w:color="E5E7EB"/>
        </w:tblBorders>
        <w:tblLook w:val="04A0" w:firstRow="1" w:lastRow="0" w:firstColumn="1" w:lastColumn="0" w:noHBand="0" w:noVBand="1"/>
      </w:tblPr>
      <w:tblGrid>
        <w:gridCol w:w="10150"/>
      </w:tblGrid>
      <w:tr w:rsidR="00D4248B" w14:paraId="49E17F0A" w14:textId="77777777">
        <w:trPr>
          <w:cantSplit/>
          <w:jc w:val="center"/>
        </w:trPr>
        <w:tc>
          <w:tcPr>
            <w:tcW w:w="10166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2E3CDB" w14:textId="77777777" w:rsidR="00D4248B" w:rsidRDefault="003E4FF0">
            <w:pPr>
              <w:spacing w:after="0" w:line="259" w:lineRule="auto"/>
            </w:pPr>
            <w:r>
              <w:rPr>
                <w:sz w:val="20"/>
              </w:rPr>
              <w:t xml:space="preserve">[Risk </w:t>
            </w:r>
            <w:r>
              <w:rPr>
                <w:sz w:val="20"/>
              </w:rPr>
              <w:t>register, Risk Treatment Plan, Statement of Applicability]</w:t>
            </w:r>
            <w:r>
              <w:rPr>
                <w:sz w:val="20"/>
              </w:rPr>
              <w:br/>
            </w:r>
          </w:p>
        </w:tc>
      </w:tr>
    </w:tbl>
    <w:p w14:paraId="6AD38888" w14:textId="77777777" w:rsidR="00D4248B" w:rsidRDefault="003E4FF0">
      <w:pPr>
        <w:keepNext/>
        <w:spacing w:before="80" w:after="60"/>
      </w:pPr>
      <w:r>
        <w:rPr>
          <w:b/>
          <w:color w:val="111827"/>
        </w:rPr>
        <w:t>Decisions / Actions</w:t>
      </w:r>
    </w:p>
    <w:tbl>
      <w:tblPr>
        <w:tblW w:w="0" w:type="auto"/>
        <w:jc w:val="center"/>
        <w:tblBorders>
          <w:top w:val="single" w:sz="6" w:space="0" w:color="E5E7EB"/>
          <w:left w:val="single" w:sz="6" w:space="0" w:color="E5E7EB"/>
          <w:bottom w:val="single" w:sz="6" w:space="0" w:color="E5E7EB"/>
          <w:right w:val="single" w:sz="6" w:space="0" w:color="E5E7EB"/>
          <w:insideH w:val="single" w:sz="6" w:space="0" w:color="E5E7EB"/>
          <w:insideV w:val="single" w:sz="6" w:space="0" w:color="E5E7EB"/>
        </w:tblBorders>
        <w:tblLook w:val="04A0" w:firstRow="1" w:lastRow="0" w:firstColumn="1" w:lastColumn="0" w:noHBand="0" w:noVBand="1"/>
      </w:tblPr>
      <w:tblGrid>
        <w:gridCol w:w="10150"/>
      </w:tblGrid>
      <w:tr w:rsidR="00D4248B" w14:paraId="6E563559" w14:textId="77777777">
        <w:trPr>
          <w:cantSplit/>
          <w:jc w:val="center"/>
        </w:trPr>
        <w:tc>
          <w:tcPr>
            <w:tcW w:w="10166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029CACF" w14:textId="77777777" w:rsidR="00D4248B" w:rsidRDefault="003E4FF0">
            <w:pPr>
              <w:spacing w:after="0" w:line="259" w:lineRule="auto"/>
            </w:pPr>
            <w:r>
              <w:rPr>
                <w:sz w:val="20"/>
              </w:rPr>
              <w:t>[Action] - Owner: [Name] - Due: [Date]</w:t>
            </w:r>
            <w:r>
              <w:rPr>
                <w:sz w:val="20"/>
              </w:rPr>
              <w:br/>
            </w:r>
          </w:p>
        </w:tc>
      </w:tr>
    </w:tbl>
    <w:p w14:paraId="7C49827A" w14:textId="77777777" w:rsidR="00D4248B" w:rsidRDefault="003E4FF0">
      <w:r>
        <w:br w:type="page"/>
      </w:r>
    </w:p>
    <w:p w14:paraId="2B1F78EF" w14:textId="77777777" w:rsidR="00D4248B" w:rsidRDefault="003E4FF0">
      <w:pPr>
        <w:keepNext/>
        <w:spacing w:before="240" w:after="140"/>
      </w:pPr>
      <w:r>
        <w:rPr>
          <w:b/>
          <w:color w:val="111827"/>
          <w:sz w:val="30"/>
        </w:rPr>
        <w:lastRenderedPageBreak/>
        <w:t>8. Resource Adequacy</w:t>
      </w:r>
    </w:p>
    <w:p w14:paraId="716F30FA" w14:textId="77777777" w:rsidR="00D4248B" w:rsidRDefault="003E4FF0">
      <w:pPr>
        <w:keepNext/>
        <w:spacing w:after="160"/>
      </w:pPr>
      <w:r>
        <w:rPr>
          <w:i/>
          <w:color w:val="6B7280"/>
          <w:sz w:val="20"/>
        </w:rPr>
        <w:t>Clause 7.1 + Clause 9.3 input</w:t>
      </w:r>
    </w:p>
    <w:tbl>
      <w:tblPr>
        <w:tblW w:w="0" w:type="auto"/>
        <w:jc w:val="center"/>
        <w:tblBorders>
          <w:top w:val="single" w:sz="6" w:space="0" w:color="F2D3D6"/>
          <w:left w:val="single" w:sz="6" w:space="0" w:color="F2D3D6"/>
          <w:bottom w:val="single" w:sz="6" w:space="0" w:color="F2D3D6"/>
          <w:right w:val="single" w:sz="6" w:space="0" w:color="F2D3D6"/>
          <w:insideH w:val="single" w:sz="6" w:space="0" w:color="F2D3D6"/>
          <w:insideV w:val="single" w:sz="6" w:space="0" w:color="F2D3D6"/>
        </w:tblBorders>
        <w:tblLook w:val="04A0" w:firstRow="1" w:lastRow="0" w:firstColumn="1" w:lastColumn="0" w:noHBand="0" w:noVBand="1"/>
      </w:tblPr>
      <w:tblGrid>
        <w:gridCol w:w="10150"/>
      </w:tblGrid>
      <w:tr w:rsidR="00D4248B" w14:paraId="7194D7B7" w14:textId="77777777">
        <w:trPr>
          <w:cantSplit/>
          <w:jc w:val="center"/>
        </w:trPr>
        <w:tc>
          <w:tcPr>
            <w:tcW w:w="10166" w:type="dxa"/>
            <w:shd w:val="clear" w:color="auto" w:fill="FFF7F8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51B6E3F3" w14:textId="77777777" w:rsidR="00D4248B" w:rsidRDefault="003E4FF0">
            <w:pPr>
              <w:spacing w:after="100"/>
            </w:pPr>
            <w:r>
              <w:rPr>
                <w:b/>
                <w:color w:val="B7000E"/>
              </w:rPr>
              <w:t>Review</w:t>
            </w:r>
          </w:p>
          <w:p w14:paraId="7053C84D" w14:textId="77777777" w:rsidR="00D4248B" w:rsidRDefault="003E4FF0">
            <w:pPr>
              <w:pStyle w:val="ListBullet"/>
              <w:spacing w:after="40"/>
            </w:pPr>
            <w:r>
              <w:rPr>
                <w:sz w:val="19"/>
              </w:rPr>
              <w:t>Staffing: [Adequate / Not Adequate]</w:t>
            </w:r>
          </w:p>
          <w:p w14:paraId="593828CF" w14:textId="77777777" w:rsidR="00D4248B" w:rsidRDefault="003E4FF0">
            <w:pPr>
              <w:pStyle w:val="ListBullet"/>
              <w:spacing w:after="40"/>
            </w:pPr>
            <w:r>
              <w:rPr>
                <w:sz w:val="19"/>
              </w:rPr>
              <w:t>Tools: [Adequate / Gaps]</w:t>
            </w:r>
          </w:p>
          <w:p w14:paraId="5A826A55" w14:textId="77777777" w:rsidR="00D4248B" w:rsidRDefault="003E4FF0">
            <w:pPr>
              <w:pStyle w:val="ListBullet"/>
              <w:spacing w:after="40"/>
            </w:pPr>
            <w:r>
              <w:rPr>
                <w:sz w:val="19"/>
              </w:rPr>
              <w:t>Training: [Status / Needs]</w:t>
            </w:r>
          </w:p>
          <w:p w14:paraId="5836369D" w14:textId="77777777" w:rsidR="00D4248B" w:rsidRDefault="003E4FF0">
            <w:pPr>
              <w:pStyle w:val="ListBullet"/>
              <w:spacing w:after="40"/>
            </w:pPr>
            <w:r>
              <w:rPr>
                <w:sz w:val="19"/>
              </w:rPr>
              <w:t>Budget / funding constraints: [Details]</w:t>
            </w:r>
          </w:p>
          <w:p w14:paraId="32DA08EA" w14:textId="77777777" w:rsidR="00D4248B" w:rsidRDefault="003E4FF0">
            <w:pPr>
              <w:pStyle w:val="ListBullet"/>
              <w:spacing w:after="40"/>
            </w:pPr>
            <w:r>
              <w:rPr>
                <w:sz w:val="19"/>
              </w:rPr>
              <w:t>Other resource risks: [Details]</w:t>
            </w:r>
          </w:p>
        </w:tc>
      </w:tr>
    </w:tbl>
    <w:p w14:paraId="76247818" w14:textId="77777777" w:rsidR="00D4248B" w:rsidRDefault="00D4248B">
      <w:pPr>
        <w:spacing w:after="0"/>
      </w:pPr>
    </w:p>
    <w:p w14:paraId="70203138" w14:textId="77777777" w:rsidR="00D4248B" w:rsidRDefault="003E4FF0">
      <w:pPr>
        <w:keepNext/>
        <w:spacing w:before="80" w:after="60"/>
      </w:pPr>
      <w:r>
        <w:rPr>
          <w:b/>
          <w:color w:val="111827"/>
        </w:rPr>
        <w:t>Decisions</w:t>
      </w:r>
    </w:p>
    <w:tbl>
      <w:tblPr>
        <w:tblW w:w="0" w:type="auto"/>
        <w:jc w:val="center"/>
        <w:tblBorders>
          <w:top w:val="single" w:sz="6" w:space="0" w:color="E5E7EB"/>
          <w:left w:val="single" w:sz="6" w:space="0" w:color="E5E7EB"/>
          <w:bottom w:val="single" w:sz="6" w:space="0" w:color="E5E7EB"/>
          <w:right w:val="single" w:sz="6" w:space="0" w:color="E5E7EB"/>
          <w:insideH w:val="single" w:sz="6" w:space="0" w:color="E5E7EB"/>
          <w:insideV w:val="single" w:sz="6" w:space="0" w:color="E5E7EB"/>
        </w:tblBorders>
        <w:tblLook w:val="04A0" w:firstRow="1" w:lastRow="0" w:firstColumn="1" w:lastColumn="0" w:noHBand="0" w:noVBand="1"/>
      </w:tblPr>
      <w:tblGrid>
        <w:gridCol w:w="10150"/>
      </w:tblGrid>
      <w:tr w:rsidR="00D4248B" w14:paraId="7869B9AD" w14:textId="77777777">
        <w:trPr>
          <w:cantSplit/>
          <w:jc w:val="center"/>
        </w:trPr>
        <w:tc>
          <w:tcPr>
            <w:tcW w:w="10166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E0D1EF7" w14:textId="77777777" w:rsidR="00D4248B" w:rsidRDefault="003E4FF0">
            <w:pPr>
              <w:spacing w:after="0" w:line="259" w:lineRule="auto"/>
            </w:pPr>
            <w:r>
              <w:rPr>
                <w:sz w:val="20"/>
              </w:rPr>
              <w:t>[Approved resource or budget] - Owner: [Name] - Date: [Date]</w:t>
            </w:r>
            <w:r>
              <w:rPr>
                <w:sz w:val="20"/>
              </w:rPr>
              <w:br/>
            </w:r>
          </w:p>
        </w:tc>
      </w:tr>
    </w:tbl>
    <w:p w14:paraId="0B051AC9" w14:textId="77777777" w:rsidR="00D4248B" w:rsidRDefault="003E4FF0">
      <w:pPr>
        <w:keepNext/>
        <w:spacing w:before="80" w:after="60"/>
      </w:pPr>
      <w:r>
        <w:rPr>
          <w:b/>
          <w:color w:val="111827"/>
        </w:rPr>
        <w:t>Actions</w:t>
      </w:r>
    </w:p>
    <w:tbl>
      <w:tblPr>
        <w:tblW w:w="0" w:type="auto"/>
        <w:jc w:val="center"/>
        <w:tblBorders>
          <w:top w:val="single" w:sz="6" w:space="0" w:color="E5E7EB"/>
          <w:left w:val="single" w:sz="6" w:space="0" w:color="E5E7EB"/>
          <w:bottom w:val="single" w:sz="6" w:space="0" w:color="E5E7EB"/>
          <w:right w:val="single" w:sz="6" w:space="0" w:color="E5E7EB"/>
          <w:insideH w:val="single" w:sz="6" w:space="0" w:color="E5E7EB"/>
          <w:insideV w:val="single" w:sz="6" w:space="0" w:color="E5E7EB"/>
        </w:tblBorders>
        <w:tblLook w:val="04A0" w:firstRow="1" w:lastRow="0" w:firstColumn="1" w:lastColumn="0" w:noHBand="0" w:noVBand="1"/>
      </w:tblPr>
      <w:tblGrid>
        <w:gridCol w:w="10150"/>
      </w:tblGrid>
      <w:tr w:rsidR="00D4248B" w14:paraId="270A826E" w14:textId="77777777">
        <w:trPr>
          <w:cantSplit/>
          <w:jc w:val="center"/>
        </w:trPr>
        <w:tc>
          <w:tcPr>
            <w:tcW w:w="10166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E14B16" w14:textId="77777777" w:rsidR="00D4248B" w:rsidRDefault="003E4FF0">
            <w:pPr>
              <w:spacing w:after="0" w:line="259" w:lineRule="auto"/>
            </w:pPr>
            <w:r>
              <w:rPr>
                <w:sz w:val="20"/>
              </w:rPr>
              <w:t>[Action] - Owner: [Name] - Due: [Date]</w:t>
            </w:r>
            <w:r>
              <w:rPr>
                <w:sz w:val="20"/>
              </w:rPr>
              <w:br/>
            </w:r>
          </w:p>
        </w:tc>
      </w:tr>
    </w:tbl>
    <w:p w14:paraId="593A7DF7" w14:textId="77777777" w:rsidR="00D4248B" w:rsidRDefault="003E4FF0">
      <w:pPr>
        <w:keepNext/>
        <w:spacing w:before="240" w:after="140"/>
      </w:pPr>
      <w:r>
        <w:rPr>
          <w:b/>
          <w:color w:val="111827"/>
          <w:sz w:val="30"/>
        </w:rPr>
        <w:t xml:space="preserve">9. Opportunities for </w:t>
      </w:r>
      <w:r>
        <w:rPr>
          <w:b/>
          <w:color w:val="111827"/>
          <w:sz w:val="30"/>
        </w:rPr>
        <w:t>Improvement</w:t>
      </w:r>
    </w:p>
    <w:p w14:paraId="33FF5BED" w14:textId="77777777" w:rsidR="00D4248B" w:rsidRDefault="003E4FF0">
      <w:pPr>
        <w:keepNext/>
        <w:spacing w:after="160"/>
      </w:pPr>
      <w:r>
        <w:rPr>
          <w:i/>
          <w:color w:val="6B7280"/>
          <w:sz w:val="20"/>
        </w:rPr>
        <w:t>Clause 10.2 + Clause 9.3 input</w:t>
      </w:r>
    </w:p>
    <w:tbl>
      <w:tblPr>
        <w:tblW w:w="0" w:type="auto"/>
        <w:jc w:val="center"/>
        <w:tblBorders>
          <w:top w:val="single" w:sz="6" w:space="0" w:color="F2D3D6"/>
          <w:left w:val="single" w:sz="6" w:space="0" w:color="F2D3D6"/>
          <w:bottom w:val="single" w:sz="6" w:space="0" w:color="F2D3D6"/>
          <w:right w:val="single" w:sz="6" w:space="0" w:color="F2D3D6"/>
          <w:insideH w:val="single" w:sz="6" w:space="0" w:color="F2D3D6"/>
          <w:insideV w:val="single" w:sz="6" w:space="0" w:color="F2D3D6"/>
        </w:tblBorders>
        <w:tblLook w:val="04A0" w:firstRow="1" w:lastRow="0" w:firstColumn="1" w:lastColumn="0" w:noHBand="0" w:noVBand="1"/>
      </w:tblPr>
      <w:tblGrid>
        <w:gridCol w:w="10150"/>
      </w:tblGrid>
      <w:tr w:rsidR="00D4248B" w14:paraId="49959484" w14:textId="77777777">
        <w:trPr>
          <w:cantSplit/>
          <w:jc w:val="center"/>
        </w:trPr>
        <w:tc>
          <w:tcPr>
            <w:tcW w:w="10166" w:type="dxa"/>
            <w:shd w:val="clear" w:color="auto" w:fill="FFF7F8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66765BDA" w14:textId="77777777" w:rsidR="00D4248B" w:rsidRDefault="003E4FF0">
            <w:pPr>
              <w:spacing w:after="100"/>
            </w:pPr>
            <w:r>
              <w:rPr>
                <w:b/>
                <w:color w:val="B7000E"/>
              </w:rPr>
              <w:t>Areas to Consider</w:t>
            </w:r>
          </w:p>
          <w:p w14:paraId="65AEA258" w14:textId="77777777" w:rsidR="00D4248B" w:rsidRDefault="003E4FF0">
            <w:pPr>
              <w:pStyle w:val="ListBullet"/>
              <w:spacing w:after="40"/>
            </w:pPr>
            <w:r>
              <w:rPr>
                <w:sz w:val="19"/>
              </w:rPr>
              <w:t>[ ] Process improvement</w:t>
            </w:r>
          </w:p>
          <w:p w14:paraId="7796F63D" w14:textId="77777777" w:rsidR="00D4248B" w:rsidRDefault="003E4FF0">
            <w:pPr>
              <w:pStyle w:val="ListBullet"/>
              <w:spacing w:after="40"/>
            </w:pPr>
            <w:r>
              <w:rPr>
                <w:sz w:val="19"/>
              </w:rPr>
              <w:t>[ ] Control improvement</w:t>
            </w:r>
          </w:p>
          <w:p w14:paraId="75716E0E" w14:textId="77777777" w:rsidR="00D4248B" w:rsidRDefault="003E4FF0">
            <w:pPr>
              <w:pStyle w:val="ListBullet"/>
              <w:spacing w:after="40"/>
            </w:pPr>
            <w:r>
              <w:rPr>
                <w:sz w:val="19"/>
              </w:rPr>
              <w:t>[ ] Automation opportunity</w:t>
            </w:r>
          </w:p>
          <w:p w14:paraId="1B97FE82" w14:textId="77777777" w:rsidR="00D4248B" w:rsidRDefault="003E4FF0">
            <w:pPr>
              <w:pStyle w:val="ListBullet"/>
              <w:spacing w:after="40"/>
            </w:pPr>
            <w:r>
              <w:rPr>
                <w:sz w:val="19"/>
              </w:rPr>
              <w:t>[ ] Policy update</w:t>
            </w:r>
          </w:p>
          <w:p w14:paraId="310B789A" w14:textId="77777777" w:rsidR="00D4248B" w:rsidRDefault="003E4FF0">
            <w:pPr>
              <w:pStyle w:val="ListBullet"/>
              <w:spacing w:after="40"/>
            </w:pPr>
            <w:r>
              <w:rPr>
                <w:sz w:val="19"/>
              </w:rPr>
              <w:t>[ ] Training / awareness improvement</w:t>
            </w:r>
          </w:p>
          <w:p w14:paraId="201E6857" w14:textId="77777777" w:rsidR="00D4248B" w:rsidRDefault="003E4FF0">
            <w:pPr>
              <w:pStyle w:val="ListBullet"/>
              <w:spacing w:after="40"/>
            </w:pPr>
            <w:r>
              <w:rPr>
                <w:sz w:val="19"/>
              </w:rPr>
              <w:t>[ ] Other: ______________________________</w:t>
            </w:r>
          </w:p>
        </w:tc>
      </w:tr>
    </w:tbl>
    <w:p w14:paraId="0A6F6DAA" w14:textId="77777777" w:rsidR="00D4248B" w:rsidRDefault="00D4248B">
      <w:pPr>
        <w:spacing w:after="0"/>
      </w:pPr>
    </w:p>
    <w:p w14:paraId="6FCEC0D6" w14:textId="77777777" w:rsidR="00D4248B" w:rsidRDefault="003E4FF0">
      <w:pPr>
        <w:keepNext/>
        <w:spacing w:before="80" w:after="60"/>
      </w:pPr>
      <w:r>
        <w:rPr>
          <w:b/>
          <w:color w:val="111827"/>
        </w:rPr>
        <w:t>Opportunities Identified</w:t>
      </w:r>
    </w:p>
    <w:tbl>
      <w:tblPr>
        <w:tblW w:w="0" w:type="auto"/>
        <w:jc w:val="center"/>
        <w:tblBorders>
          <w:top w:val="single" w:sz="6" w:space="0" w:color="E5E7EB"/>
          <w:left w:val="single" w:sz="6" w:space="0" w:color="E5E7EB"/>
          <w:bottom w:val="single" w:sz="6" w:space="0" w:color="E5E7EB"/>
          <w:right w:val="single" w:sz="6" w:space="0" w:color="E5E7EB"/>
          <w:insideH w:val="single" w:sz="6" w:space="0" w:color="E5E7EB"/>
          <w:insideV w:val="single" w:sz="6" w:space="0" w:color="E5E7EB"/>
        </w:tblBorders>
        <w:tblLook w:val="04A0" w:firstRow="1" w:lastRow="0" w:firstColumn="1" w:lastColumn="0" w:noHBand="0" w:noVBand="1"/>
      </w:tblPr>
      <w:tblGrid>
        <w:gridCol w:w="10150"/>
      </w:tblGrid>
      <w:tr w:rsidR="00D4248B" w14:paraId="567EB601" w14:textId="77777777">
        <w:trPr>
          <w:cantSplit/>
          <w:jc w:val="center"/>
        </w:trPr>
        <w:tc>
          <w:tcPr>
            <w:tcW w:w="10166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9C8C6C7" w14:textId="77777777" w:rsidR="00D4248B" w:rsidRDefault="003E4FF0">
            <w:pPr>
              <w:spacing w:after="0" w:line="259" w:lineRule="auto"/>
            </w:pPr>
            <w:r>
              <w:rPr>
                <w:sz w:val="20"/>
              </w:rPr>
              <w:t>[Describe opportunities and expected benefit]</w:t>
            </w:r>
            <w:r>
              <w:rPr>
                <w:sz w:val="20"/>
              </w:rPr>
              <w:br/>
            </w:r>
          </w:p>
        </w:tc>
      </w:tr>
    </w:tbl>
    <w:p w14:paraId="56192BEA" w14:textId="77777777" w:rsidR="00D4248B" w:rsidRDefault="003E4FF0">
      <w:pPr>
        <w:keepNext/>
        <w:spacing w:before="80" w:after="60"/>
      </w:pPr>
      <w:r>
        <w:rPr>
          <w:b/>
          <w:color w:val="111827"/>
        </w:rPr>
        <w:t>Decisions / Actions</w:t>
      </w:r>
    </w:p>
    <w:tbl>
      <w:tblPr>
        <w:tblW w:w="0" w:type="auto"/>
        <w:jc w:val="center"/>
        <w:tblBorders>
          <w:top w:val="single" w:sz="6" w:space="0" w:color="E5E7EB"/>
          <w:left w:val="single" w:sz="6" w:space="0" w:color="E5E7EB"/>
          <w:bottom w:val="single" w:sz="6" w:space="0" w:color="E5E7EB"/>
          <w:right w:val="single" w:sz="6" w:space="0" w:color="E5E7EB"/>
          <w:insideH w:val="single" w:sz="6" w:space="0" w:color="E5E7EB"/>
          <w:insideV w:val="single" w:sz="6" w:space="0" w:color="E5E7EB"/>
        </w:tblBorders>
        <w:tblLook w:val="04A0" w:firstRow="1" w:lastRow="0" w:firstColumn="1" w:lastColumn="0" w:noHBand="0" w:noVBand="1"/>
      </w:tblPr>
      <w:tblGrid>
        <w:gridCol w:w="10150"/>
      </w:tblGrid>
      <w:tr w:rsidR="00D4248B" w14:paraId="5BFB59B1" w14:textId="77777777">
        <w:trPr>
          <w:cantSplit/>
          <w:jc w:val="center"/>
        </w:trPr>
        <w:tc>
          <w:tcPr>
            <w:tcW w:w="10166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EB68AE6" w14:textId="77777777" w:rsidR="00D4248B" w:rsidRDefault="003E4FF0">
            <w:pPr>
              <w:spacing w:after="0" w:line="259" w:lineRule="auto"/>
            </w:pPr>
            <w:r>
              <w:rPr>
                <w:sz w:val="20"/>
              </w:rPr>
              <w:t>[Action] - Owner: [Name] - Due: [Date]</w:t>
            </w:r>
            <w:r>
              <w:rPr>
                <w:sz w:val="20"/>
              </w:rPr>
              <w:br/>
            </w:r>
          </w:p>
        </w:tc>
      </w:tr>
    </w:tbl>
    <w:p w14:paraId="54ACC7B9" w14:textId="77777777" w:rsidR="00D4248B" w:rsidRDefault="003E4FF0">
      <w:r>
        <w:br w:type="page"/>
      </w:r>
    </w:p>
    <w:p w14:paraId="0376D7AE" w14:textId="77777777" w:rsidR="00D4248B" w:rsidRDefault="003E4FF0">
      <w:pPr>
        <w:keepNext/>
        <w:spacing w:before="240" w:after="140"/>
      </w:pPr>
      <w:r>
        <w:rPr>
          <w:b/>
          <w:color w:val="111827"/>
          <w:sz w:val="30"/>
        </w:rPr>
        <w:lastRenderedPageBreak/>
        <w:t>10. Management Review Outputs</w:t>
      </w:r>
    </w:p>
    <w:p w14:paraId="013CEF07" w14:textId="77777777" w:rsidR="00D4248B" w:rsidRDefault="003E4FF0">
      <w:pPr>
        <w:keepNext/>
        <w:spacing w:after="160"/>
      </w:pPr>
      <w:r>
        <w:rPr>
          <w:i/>
          <w:color w:val="6B7280"/>
          <w:sz w:val="20"/>
        </w:rPr>
        <w:t>Clause 9.3.3</w:t>
      </w:r>
    </w:p>
    <w:p w14:paraId="19AA9798" w14:textId="77777777" w:rsidR="00D4248B" w:rsidRDefault="003E4FF0">
      <w:pPr>
        <w:keepNext/>
        <w:spacing w:before="80" w:after="60"/>
      </w:pPr>
      <w:r>
        <w:rPr>
          <w:b/>
          <w:color w:val="111827"/>
        </w:rPr>
        <w:t>Decisions Related to ISMS Improvements</w:t>
      </w:r>
    </w:p>
    <w:tbl>
      <w:tblPr>
        <w:tblW w:w="0" w:type="auto"/>
        <w:jc w:val="center"/>
        <w:tblBorders>
          <w:top w:val="single" w:sz="6" w:space="0" w:color="E5E7EB"/>
          <w:left w:val="single" w:sz="6" w:space="0" w:color="E5E7EB"/>
          <w:bottom w:val="single" w:sz="6" w:space="0" w:color="E5E7EB"/>
          <w:right w:val="single" w:sz="6" w:space="0" w:color="E5E7EB"/>
          <w:insideH w:val="single" w:sz="6" w:space="0" w:color="E5E7EB"/>
          <w:insideV w:val="single" w:sz="6" w:space="0" w:color="E5E7EB"/>
        </w:tblBorders>
        <w:tblLook w:val="04A0" w:firstRow="1" w:lastRow="0" w:firstColumn="1" w:lastColumn="0" w:noHBand="0" w:noVBand="1"/>
      </w:tblPr>
      <w:tblGrid>
        <w:gridCol w:w="10150"/>
      </w:tblGrid>
      <w:tr w:rsidR="00D4248B" w14:paraId="7BCEF3A1" w14:textId="77777777">
        <w:trPr>
          <w:cantSplit/>
          <w:jc w:val="center"/>
        </w:trPr>
        <w:tc>
          <w:tcPr>
            <w:tcW w:w="10166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086509A" w14:textId="77777777" w:rsidR="00D4248B" w:rsidRDefault="003E4FF0">
            <w:pPr>
              <w:spacing w:after="0" w:line="259" w:lineRule="auto"/>
            </w:pPr>
            <w:r>
              <w:rPr>
                <w:sz w:val="20"/>
              </w:rPr>
              <w:t>[Decision]</w:t>
            </w:r>
            <w:r>
              <w:rPr>
                <w:sz w:val="20"/>
              </w:rPr>
              <w:br/>
            </w:r>
          </w:p>
        </w:tc>
      </w:tr>
    </w:tbl>
    <w:p w14:paraId="4D655B2D" w14:textId="77777777" w:rsidR="00D4248B" w:rsidRDefault="003E4FF0">
      <w:pPr>
        <w:keepNext/>
        <w:spacing w:before="80" w:after="60"/>
      </w:pPr>
      <w:r>
        <w:rPr>
          <w:b/>
          <w:color w:val="111827"/>
        </w:rPr>
        <w:t xml:space="preserve">Decisions Related to </w:t>
      </w:r>
      <w:r>
        <w:rPr>
          <w:b/>
          <w:color w:val="111827"/>
        </w:rPr>
        <w:t>Changes Needed to the ISMS</w:t>
      </w:r>
    </w:p>
    <w:tbl>
      <w:tblPr>
        <w:tblW w:w="0" w:type="auto"/>
        <w:jc w:val="center"/>
        <w:tblBorders>
          <w:top w:val="single" w:sz="6" w:space="0" w:color="E5E7EB"/>
          <w:left w:val="single" w:sz="6" w:space="0" w:color="E5E7EB"/>
          <w:bottom w:val="single" w:sz="6" w:space="0" w:color="E5E7EB"/>
          <w:right w:val="single" w:sz="6" w:space="0" w:color="E5E7EB"/>
          <w:insideH w:val="single" w:sz="6" w:space="0" w:color="E5E7EB"/>
          <w:insideV w:val="single" w:sz="6" w:space="0" w:color="E5E7EB"/>
        </w:tblBorders>
        <w:tblLook w:val="04A0" w:firstRow="1" w:lastRow="0" w:firstColumn="1" w:lastColumn="0" w:noHBand="0" w:noVBand="1"/>
      </w:tblPr>
      <w:tblGrid>
        <w:gridCol w:w="10150"/>
      </w:tblGrid>
      <w:tr w:rsidR="00D4248B" w14:paraId="5A20901B" w14:textId="77777777">
        <w:trPr>
          <w:cantSplit/>
          <w:jc w:val="center"/>
        </w:trPr>
        <w:tc>
          <w:tcPr>
            <w:tcW w:w="10166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467B892" w14:textId="77777777" w:rsidR="00D4248B" w:rsidRDefault="003E4FF0">
            <w:pPr>
              <w:spacing w:after="0" w:line="259" w:lineRule="auto"/>
            </w:pPr>
            <w:r>
              <w:rPr>
                <w:sz w:val="20"/>
              </w:rPr>
              <w:t>[Decision]</w:t>
            </w:r>
            <w:r>
              <w:rPr>
                <w:sz w:val="20"/>
              </w:rPr>
              <w:br/>
            </w:r>
          </w:p>
        </w:tc>
      </w:tr>
    </w:tbl>
    <w:p w14:paraId="2E453832" w14:textId="77777777" w:rsidR="00D4248B" w:rsidRDefault="003E4FF0">
      <w:pPr>
        <w:keepNext/>
        <w:spacing w:before="80" w:after="60"/>
      </w:pPr>
      <w:r>
        <w:rPr>
          <w:b/>
          <w:color w:val="111827"/>
        </w:rPr>
        <w:t>Decisions Related to Resource Needs</w:t>
      </w:r>
    </w:p>
    <w:tbl>
      <w:tblPr>
        <w:tblW w:w="0" w:type="auto"/>
        <w:jc w:val="center"/>
        <w:tblBorders>
          <w:top w:val="single" w:sz="6" w:space="0" w:color="E5E7EB"/>
          <w:left w:val="single" w:sz="6" w:space="0" w:color="E5E7EB"/>
          <w:bottom w:val="single" w:sz="6" w:space="0" w:color="E5E7EB"/>
          <w:right w:val="single" w:sz="6" w:space="0" w:color="E5E7EB"/>
          <w:insideH w:val="single" w:sz="6" w:space="0" w:color="E5E7EB"/>
          <w:insideV w:val="single" w:sz="6" w:space="0" w:color="E5E7EB"/>
        </w:tblBorders>
        <w:tblLook w:val="04A0" w:firstRow="1" w:lastRow="0" w:firstColumn="1" w:lastColumn="0" w:noHBand="0" w:noVBand="1"/>
      </w:tblPr>
      <w:tblGrid>
        <w:gridCol w:w="10150"/>
      </w:tblGrid>
      <w:tr w:rsidR="00D4248B" w14:paraId="2CFB4A7E" w14:textId="77777777">
        <w:trPr>
          <w:cantSplit/>
          <w:jc w:val="center"/>
        </w:trPr>
        <w:tc>
          <w:tcPr>
            <w:tcW w:w="10166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089AE95" w14:textId="77777777" w:rsidR="00D4248B" w:rsidRDefault="003E4FF0">
            <w:pPr>
              <w:spacing w:after="0" w:line="259" w:lineRule="auto"/>
            </w:pPr>
            <w:r>
              <w:rPr>
                <w:sz w:val="20"/>
              </w:rPr>
              <w:t>[Decision]</w:t>
            </w:r>
            <w:r>
              <w:rPr>
                <w:sz w:val="20"/>
              </w:rPr>
              <w:br/>
            </w:r>
          </w:p>
        </w:tc>
      </w:tr>
    </w:tbl>
    <w:p w14:paraId="3F659EBD" w14:textId="77777777" w:rsidR="00D4248B" w:rsidRDefault="003E4FF0">
      <w:r>
        <w:br w:type="page"/>
      </w:r>
    </w:p>
    <w:p w14:paraId="38877FC5" w14:textId="77777777" w:rsidR="00D4248B" w:rsidRDefault="003E4FF0">
      <w:pPr>
        <w:keepNext/>
      </w:pPr>
      <w:r>
        <w:rPr>
          <w:b/>
          <w:color w:val="111827"/>
          <w:sz w:val="32"/>
        </w:rPr>
        <w:lastRenderedPageBreak/>
        <w:t>Management Review Action Tracker</w:t>
      </w:r>
    </w:p>
    <w:p w14:paraId="413D6A81" w14:textId="77777777" w:rsidR="00D4248B" w:rsidRDefault="003E4FF0">
      <w:pPr>
        <w:spacing w:after="200"/>
      </w:pPr>
      <w:r>
        <w:rPr>
          <w:sz w:val="20"/>
        </w:rPr>
        <w:t>Use this tracker for all decisions and actions created during the meeting. Each action should have one accountable owner and a clear</w:t>
      </w:r>
      <w:r>
        <w:rPr>
          <w:sz w:val="20"/>
        </w:rPr>
        <w:t xml:space="preserve"> due date.</w:t>
      </w:r>
    </w:p>
    <w:tbl>
      <w:tblPr>
        <w:tblW w:w="0" w:type="auto"/>
        <w:jc w:val="center"/>
        <w:tblBorders>
          <w:top w:val="single" w:sz="6" w:space="0" w:color="E5E7EB"/>
          <w:left w:val="single" w:sz="6" w:space="0" w:color="E5E7EB"/>
          <w:bottom w:val="single" w:sz="6" w:space="0" w:color="E5E7EB"/>
          <w:right w:val="single" w:sz="6" w:space="0" w:color="E5E7EB"/>
          <w:insideH w:val="single" w:sz="6" w:space="0" w:color="E5E7EB"/>
          <w:insideV w:val="single" w:sz="6" w:space="0" w:color="E5E7EB"/>
        </w:tblBorders>
        <w:tblLayout w:type="fixed"/>
        <w:tblLook w:val="04A0" w:firstRow="1" w:lastRow="0" w:firstColumn="1" w:lastColumn="0" w:noHBand="0" w:noVBand="1"/>
      </w:tblPr>
      <w:tblGrid>
        <w:gridCol w:w="1007"/>
        <w:gridCol w:w="3960"/>
        <w:gridCol w:w="1440"/>
        <w:gridCol w:w="1368"/>
        <w:gridCol w:w="1007"/>
        <w:gridCol w:w="1384"/>
        <w:gridCol w:w="48"/>
      </w:tblGrid>
      <w:tr w:rsidR="00D4248B" w14:paraId="0FF32C35" w14:textId="77777777">
        <w:trPr>
          <w:cantSplit/>
          <w:tblHeader/>
          <w:jc w:val="center"/>
        </w:trPr>
        <w:tc>
          <w:tcPr>
            <w:tcW w:w="1007" w:type="dxa"/>
            <w:shd w:val="clear" w:color="auto" w:fill="B7000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2BAAB5" w14:textId="77777777" w:rsidR="00D4248B" w:rsidRDefault="003E4FF0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7"/>
              </w:rPr>
              <w:t>Action ID</w:t>
            </w:r>
          </w:p>
        </w:tc>
        <w:tc>
          <w:tcPr>
            <w:tcW w:w="3960" w:type="dxa"/>
            <w:shd w:val="clear" w:color="auto" w:fill="B7000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240C568" w14:textId="77777777" w:rsidR="00D4248B" w:rsidRDefault="003E4FF0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7"/>
              </w:rPr>
              <w:t>Action / Decision</w:t>
            </w:r>
          </w:p>
        </w:tc>
        <w:tc>
          <w:tcPr>
            <w:tcW w:w="1440" w:type="dxa"/>
            <w:shd w:val="clear" w:color="auto" w:fill="B7000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9E21719" w14:textId="77777777" w:rsidR="00D4248B" w:rsidRDefault="003E4FF0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7"/>
              </w:rPr>
              <w:t>Owner</w:t>
            </w:r>
          </w:p>
        </w:tc>
        <w:tc>
          <w:tcPr>
            <w:tcW w:w="1368" w:type="dxa"/>
            <w:shd w:val="clear" w:color="auto" w:fill="B7000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9CFEA3" w14:textId="77777777" w:rsidR="00D4248B" w:rsidRDefault="003E4FF0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7"/>
              </w:rPr>
              <w:t>Due Date</w:t>
            </w:r>
          </w:p>
        </w:tc>
        <w:tc>
          <w:tcPr>
            <w:tcW w:w="1007" w:type="dxa"/>
            <w:shd w:val="clear" w:color="auto" w:fill="B7000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EE183EA" w14:textId="77777777" w:rsidR="00D4248B" w:rsidRDefault="003E4FF0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7"/>
              </w:rPr>
              <w:t>Priority</w:t>
            </w:r>
          </w:p>
        </w:tc>
        <w:tc>
          <w:tcPr>
            <w:tcW w:w="1224" w:type="dxa"/>
            <w:gridSpan w:val="2"/>
            <w:shd w:val="clear" w:color="auto" w:fill="B7000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C8E7389" w14:textId="77777777" w:rsidR="00D4248B" w:rsidRDefault="003E4FF0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7"/>
              </w:rPr>
              <w:t>Status</w:t>
            </w:r>
          </w:p>
        </w:tc>
      </w:tr>
      <w:tr w:rsidR="00D4248B" w14:paraId="15FBEA09" w14:textId="77777777">
        <w:trPr>
          <w:cantSplit/>
          <w:jc w:val="center"/>
        </w:trPr>
        <w:tc>
          <w:tcPr>
            <w:tcW w:w="100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EF3B422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7"/>
              </w:rPr>
              <w:t>A-01</w:t>
            </w:r>
          </w:p>
        </w:tc>
        <w:tc>
          <w:tcPr>
            <w:tcW w:w="396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652761C" w14:textId="77777777" w:rsidR="00D4248B" w:rsidRDefault="003E4FF0">
            <w:pPr>
              <w:spacing w:after="0" w:line="259" w:lineRule="auto"/>
            </w:pPr>
            <w:r>
              <w:rPr>
                <w:sz w:val="17"/>
              </w:rPr>
              <w:t>[Describe action]</w:t>
            </w:r>
          </w:p>
        </w:tc>
        <w:tc>
          <w:tcPr>
            <w:tcW w:w="144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489F075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7"/>
              </w:rPr>
              <w:t>[Name]</w:t>
            </w:r>
          </w:p>
        </w:tc>
        <w:tc>
          <w:tcPr>
            <w:tcW w:w="136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ADA7BA4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7"/>
              </w:rPr>
              <w:t>[YYYY-MM-DD]</w:t>
            </w:r>
          </w:p>
        </w:tc>
        <w:tc>
          <w:tcPr>
            <w:tcW w:w="100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AC612D3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7"/>
              </w:rPr>
              <w:t>[H/M/L]</w:t>
            </w:r>
          </w:p>
        </w:tc>
        <w:tc>
          <w:tcPr>
            <w:tcW w:w="1224" w:type="dxa"/>
            <w:gridSpan w:val="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BCD1719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7"/>
              </w:rPr>
              <w:t>[Open]</w:t>
            </w:r>
          </w:p>
        </w:tc>
      </w:tr>
      <w:tr w:rsidR="00D4248B" w14:paraId="7FDF2994" w14:textId="77777777">
        <w:trPr>
          <w:cantSplit/>
          <w:jc w:val="center"/>
        </w:trPr>
        <w:tc>
          <w:tcPr>
            <w:tcW w:w="100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4E0779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7"/>
              </w:rPr>
              <w:t>A-02</w:t>
            </w:r>
          </w:p>
        </w:tc>
        <w:tc>
          <w:tcPr>
            <w:tcW w:w="396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881B39A" w14:textId="77777777" w:rsidR="00D4248B" w:rsidRDefault="003E4FF0">
            <w:pPr>
              <w:spacing w:after="0" w:line="259" w:lineRule="auto"/>
            </w:pPr>
            <w:r>
              <w:rPr>
                <w:sz w:val="17"/>
              </w:rPr>
              <w:t>[Describe action]</w:t>
            </w:r>
          </w:p>
        </w:tc>
        <w:tc>
          <w:tcPr>
            <w:tcW w:w="144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2D40486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7"/>
              </w:rPr>
              <w:t>[Name]</w:t>
            </w:r>
          </w:p>
        </w:tc>
        <w:tc>
          <w:tcPr>
            <w:tcW w:w="136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ABE3989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7"/>
              </w:rPr>
              <w:t>[YYYY-MM-DD]</w:t>
            </w:r>
          </w:p>
        </w:tc>
        <w:tc>
          <w:tcPr>
            <w:tcW w:w="100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EB200BC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7"/>
              </w:rPr>
              <w:t>[H/M/L]</w:t>
            </w:r>
          </w:p>
        </w:tc>
        <w:tc>
          <w:tcPr>
            <w:tcW w:w="1224" w:type="dxa"/>
            <w:gridSpan w:val="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DD2ED1C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7"/>
              </w:rPr>
              <w:t>[Open]</w:t>
            </w:r>
          </w:p>
        </w:tc>
      </w:tr>
      <w:tr w:rsidR="00D4248B" w14:paraId="61E53B45" w14:textId="77777777">
        <w:trPr>
          <w:cantSplit/>
          <w:jc w:val="center"/>
        </w:trPr>
        <w:tc>
          <w:tcPr>
            <w:tcW w:w="100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F4B0DE0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7"/>
              </w:rPr>
              <w:t>A-03</w:t>
            </w:r>
          </w:p>
        </w:tc>
        <w:tc>
          <w:tcPr>
            <w:tcW w:w="396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D600EA2" w14:textId="77777777" w:rsidR="00D4248B" w:rsidRDefault="003E4FF0">
            <w:pPr>
              <w:spacing w:after="0" w:line="259" w:lineRule="auto"/>
            </w:pPr>
            <w:r>
              <w:rPr>
                <w:sz w:val="17"/>
              </w:rPr>
              <w:t>[Describe action]</w:t>
            </w:r>
          </w:p>
        </w:tc>
        <w:tc>
          <w:tcPr>
            <w:tcW w:w="144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91E48E7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7"/>
              </w:rPr>
              <w:t>[Name]</w:t>
            </w:r>
          </w:p>
        </w:tc>
        <w:tc>
          <w:tcPr>
            <w:tcW w:w="136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9DF76B2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7"/>
              </w:rPr>
              <w:t>[YYYY-MM-DD]</w:t>
            </w:r>
          </w:p>
        </w:tc>
        <w:tc>
          <w:tcPr>
            <w:tcW w:w="100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CD96E05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7"/>
              </w:rPr>
              <w:t>[H/M/L]</w:t>
            </w:r>
          </w:p>
        </w:tc>
        <w:tc>
          <w:tcPr>
            <w:tcW w:w="1224" w:type="dxa"/>
            <w:gridSpan w:val="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C5E8A1C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7"/>
              </w:rPr>
              <w:t>[Open]</w:t>
            </w:r>
          </w:p>
        </w:tc>
      </w:tr>
      <w:tr w:rsidR="00D4248B" w14:paraId="7D46700A" w14:textId="77777777">
        <w:trPr>
          <w:cantSplit/>
          <w:jc w:val="center"/>
        </w:trPr>
        <w:tc>
          <w:tcPr>
            <w:tcW w:w="100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1FC3DF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7"/>
              </w:rPr>
              <w:t>A-04</w:t>
            </w:r>
          </w:p>
        </w:tc>
        <w:tc>
          <w:tcPr>
            <w:tcW w:w="396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7AA1AE1" w14:textId="77777777" w:rsidR="00D4248B" w:rsidRDefault="003E4FF0">
            <w:pPr>
              <w:spacing w:after="0" w:line="259" w:lineRule="auto"/>
            </w:pPr>
            <w:r>
              <w:rPr>
                <w:sz w:val="17"/>
              </w:rPr>
              <w:t>[Describe action]</w:t>
            </w:r>
          </w:p>
        </w:tc>
        <w:tc>
          <w:tcPr>
            <w:tcW w:w="144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3D5ED8D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7"/>
              </w:rPr>
              <w:t>[Name]</w:t>
            </w:r>
          </w:p>
        </w:tc>
        <w:tc>
          <w:tcPr>
            <w:tcW w:w="136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106FC75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7"/>
              </w:rPr>
              <w:t>[YYYY-MM-DD]</w:t>
            </w:r>
          </w:p>
        </w:tc>
        <w:tc>
          <w:tcPr>
            <w:tcW w:w="100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4100438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7"/>
              </w:rPr>
              <w:t>[H/M/L]</w:t>
            </w:r>
          </w:p>
        </w:tc>
        <w:tc>
          <w:tcPr>
            <w:tcW w:w="1224" w:type="dxa"/>
            <w:gridSpan w:val="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57ED1E0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7"/>
              </w:rPr>
              <w:t>[Open]</w:t>
            </w:r>
          </w:p>
        </w:tc>
      </w:tr>
      <w:tr w:rsidR="00D4248B" w14:paraId="1D1E3EC0" w14:textId="77777777">
        <w:trPr>
          <w:cantSplit/>
          <w:jc w:val="center"/>
        </w:trPr>
        <w:tc>
          <w:tcPr>
            <w:tcW w:w="100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451E88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7"/>
              </w:rPr>
              <w:t>A-05</w:t>
            </w:r>
          </w:p>
        </w:tc>
        <w:tc>
          <w:tcPr>
            <w:tcW w:w="396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0B0F44B" w14:textId="77777777" w:rsidR="00D4248B" w:rsidRDefault="003E4FF0">
            <w:pPr>
              <w:spacing w:after="0" w:line="259" w:lineRule="auto"/>
            </w:pPr>
            <w:r>
              <w:rPr>
                <w:sz w:val="17"/>
              </w:rPr>
              <w:t>[Describe action]</w:t>
            </w:r>
          </w:p>
        </w:tc>
        <w:tc>
          <w:tcPr>
            <w:tcW w:w="144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F988D28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7"/>
              </w:rPr>
              <w:t>[Name]</w:t>
            </w:r>
          </w:p>
        </w:tc>
        <w:tc>
          <w:tcPr>
            <w:tcW w:w="136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A6BFBF1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7"/>
              </w:rPr>
              <w:t>[YYYY-MM-DD]</w:t>
            </w:r>
          </w:p>
        </w:tc>
        <w:tc>
          <w:tcPr>
            <w:tcW w:w="100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BAD2BAC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7"/>
              </w:rPr>
              <w:t>[H/M/L]</w:t>
            </w:r>
          </w:p>
        </w:tc>
        <w:tc>
          <w:tcPr>
            <w:tcW w:w="1224" w:type="dxa"/>
            <w:gridSpan w:val="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D7142D9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7"/>
              </w:rPr>
              <w:t>[Open]</w:t>
            </w:r>
          </w:p>
        </w:tc>
      </w:tr>
      <w:tr w:rsidR="00D4248B" w14:paraId="099AD020" w14:textId="77777777">
        <w:trPr>
          <w:cantSplit/>
          <w:jc w:val="center"/>
        </w:trPr>
        <w:tc>
          <w:tcPr>
            <w:tcW w:w="100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C59FCE8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7"/>
              </w:rPr>
              <w:t>A-06</w:t>
            </w:r>
          </w:p>
        </w:tc>
        <w:tc>
          <w:tcPr>
            <w:tcW w:w="396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34809C1" w14:textId="77777777" w:rsidR="00D4248B" w:rsidRDefault="003E4FF0">
            <w:pPr>
              <w:spacing w:after="0" w:line="259" w:lineRule="auto"/>
            </w:pPr>
            <w:r>
              <w:rPr>
                <w:sz w:val="17"/>
              </w:rPr>
              <w:t>[Describe action]</w:t>
            </w:r>
          </w:p>
        </w:tc>
        <w:tc>
          <w:tcPr>
            <w:tcW w:w="144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AAF0CD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7"/>
              </w:rPr>
              <w:t>[Name]</w:t>
            </w:r>
          </w:p>
        </w:tc>
        <w:tc>
          <w:tcPr>
            <w:tcW w:w="136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E4D173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7"/>
              </w:rPr>
              <w:t>[YYYY-MM-DD]</w:t>
            </w:r>
          </w:p>
        </w:tc>
        <w:tc>
          <w:tcPr>
            <w:tcW w:w="100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43EE9D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7"/>
              </w:rPr>
              <w:t>[H/M/L]</w:t>
            </w:r>
          </w:p>
        </w:tc>
        <w:tc>
          <w:tcPr>
            <w:tcW w:w="1224" w:type="dxa"/>
            <w:gridSpan w:val="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325BB99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7"/>
              </w:rPr>
              <w:t>[Open]</w:t>
            </w:r>
          </w:p>
        </w:tc>
      </w:tr>
      <w:tr w:rsidR="00D4248B" w14:paraId="6C16A932" w14:textId="77777777">
        <w:trPr>
          <w:cantSplit/>
          <w:jc w:val="center"/>
        </w:trPr>
        <w:tc>
          <w:tcPr>
            <w:tcW w:w="100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32F12B3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7"/>
              </w:rPr>
              <w:t>A-07</w:t>
            </w:r>
          </w:p>
        </w:tc>
        <w:tc>
          <w:tcPr>
            <w:tcW w:w="396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FED23EA" w14:textId="77777777" w:rsidR="00D4248B" w:rsidRDefault="003E4FF0">
            <w:pPr>
              <w:spacing w:after="0" w:line="259" w:lineRule="auto"/>
            </w:pPr>
            <w:r>
              <w:rPr>
                <w:sz w:val="17"/>
              </w:rPr>
              <w:t>[Describe action]</w:t>
            </w:r>
          </w:p>
        </w:tc>
        <w:tc>
          <w:tcPr>
            <w:tcW w:w="144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787750B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7"/>
              </w:rPr>
              <w:t>[Name]</w:t>
            </w:r>
          </w:p>
        </w:tc>
        <w:tc>
          <w:tcPr>
            <w:tcW w:w="136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2A1E0D7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7"/>
              </w:rPr>
              <w:t>[YYYY-MM-DD]</w:t>
            </w:r>
          </w:p>
        </w:tc>
        <w:tc>
          <w:tcPr>
            <w:tcW w:w="100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73B7AA3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7"/>
              </w:rPr>
              <w:t>[H/M/L]</w:t>
            </w:r>
          </w:p>
        </w:tc>
        <w:tc>
          <w:tcPr>
            <w:tcW w:w="1224" w:type="dxa"/>
            <w:gridSpan w:val="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FDC9396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7"/>
              </w:rPr>
              <w:t>[Open]</w:t>
            </w:r>
          </w:p>
        </w:tc>
      </w:tr>
      <w:tr w:rsidR="00D4248B" w14:paraId="7C91B8E0" w14:textId="77777777">
        <w:trPr>
          <w:cantSplit/>
          <w:jc w:val="center"/>
        </w:trPr>
        <w:tc>
          <w:tcPr>
            <w:tcW w:w="100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C65DCD9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7"/>
              </w:rPr>
              <w:t>A-08</w:t>
            </w:r>
          </w:p>
        </w:tc>
        <w:tc>
          <w:tcPr>
            <w:tcW w:w="396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AD64A13" w14:textId="77777777" w:rsidR="00D4248B" w:rsidRDefault="003E4FF0">
            <w:pPr>
              <w:spacing w:after="0" w:line="259" w:lineRule="auto"/>
            </w:pPr>
            <w:r>
              <w:rPr>
                <w:sz w:val="17"/>
              </w:rPr>
              <w:t xml:space="preserve">[Describe </w:t>
            </w:r>
            <w:r>
              <w:rPr>
                <w:sz w:val="17"/>
              </w:rPr>
              <w:t>action]</w:t>
            </w:r>
          </w:p>
        </w:tc>
        <w:tc>
          <w:tcPr>
            <w:tcW w:w="144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9E47B30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7"/>
              </w:rPr>
              <w:t>[Name]</w:t>
            </w:r>
          </w:p>
        </w:tc>
        <w:tc>
          <w:tcPr>
            <w:tcW w:w="136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56DACB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7"/>
              </w:rPr>
              <w:t>[YYYY-MM-DD]</w:t>
            </w:r>
          </w:p>
        </w:tc>
        <w:tc>
          <w:tcPr>
            <w:tcW w:w="100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148F6A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7"/>
              </w:rPr>
              <w:t>[H/M/L]</w:t>
            </w:r>
          </w:p>
        </w:tc>
        <w:tc>
          <w:tcPr>
            <w:tcW w:w="1224" w:type="dxa"/>
            <w:gridSpan w:val="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7CE9E09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7"/>
              </w:rPr>
              <w:t>[Open]</w:t>
            </w:r>
          </w:p>
        </w:tc>
      </w:tr>
      <w:tr w:rsidR="00D4248B" w14:paraId="5011F910" w14:textId="77777777">
        <w:trPr>
          <w:cantSplit/>
          <w:jc w:val="center"/>
        </w:trPr>
        <w:tc>
          <w:tcPr>
            <w:tcW w:w="100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D6E6202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7"/>
              </w:rPr>
              <w:t>A-09</w:t>
            </w:r>
          </w:p>
        </w:tc>
        <w:tc>
          <w:tcPr>
            <w:tcW w:w="396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EB2D1A7" w14:textId="77777777" w:rsidR="00D4248B" w:rsidRDefault="003E4FF0">
            <w:pPr>
              <w:spacing w:after="0" w:line="259" w:lineRule="auto"/>
            </w:pPr>
            <w:r>
              <w:rPr>
                <w:sz w:val="17"/>
              </w:rPr>
              <w:t>[Describe action]</w:t>
            </w:r>
          </w:p>
        </w:tc>
        <w:tc>
          <w:tcPr>
            <w:tcW w:w="144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D21AEEF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7"/>
              </w:rPr>
              <w:t>[Name]</w:t>
            </w:r>
          </w:p>
        </w:tc>
        <w:tc>
          <w:tcPr>
            <w:tcW w:w="136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040FAAB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7"/>
              </w:rPr>
              <w:t>[YYYY-MM-DD]</w:t>
            </w:r>
          </w:p>
        </w:tc>
        <w:tc>
          <w:tcPr>
            <w:tcW w:w="100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7DD1EB5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7"/>
              </w:rPr>
              <w:t>[H/M/L]</w:t>
            </w:r>
          </w:p>
        </w:tc>
        <w:tc>
          <w:tcPr>
            <w:tcW w:w="1224" w:type="dxa"/>
            <w:gridSpan w:val="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EFBC26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7"/>
              </w:rPr>
              <w:t>[Open]</w:t>
            </w:r>
          </w:p>
        </w:tc>
      </w:tr>
      <w:tr w:rsidR="00D4248B" w14:paraId="71C20CA4" w14:textId="77777777">
        <w:trPr>
          <w:cantSplit/>
          <w:jc w:val="center"/>
        </w:trPr>
        <w:tc>
          <w:tcPr>
            <w:tcW w:w="100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C8CACEF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7"/>
              </w:rPr>
              <w:t>A-10</w:t>
            </w:r>
          </w:p>
        </w:tc>
        <w:tc>
          <w:tcPr>
            <w:tcW w:w="396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BD329AA" w14:textId="77777777" w:rsidR="00D4248B" w:rsidRDefault="003E4FF0">
            <w:pPr>
              <w:spacing w:after="0" w:line="259" w:lineRule="auto"/>
            </w:pPr>
            <w:r>
              <w:rPr>
                <w:sz w:val="17"/>
              </w:rPr>
              <w:t>[Describe action]</w:t>
            </w:r>
          </w:p>
        </w:tc>
        <w:tc>
          <w:tcPr>
            <w:tcW w:w="144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EF21443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7"/>
              </w:rPr>
              <w:t>[Name]</w:t>
            </w:r>
          </w:p>
        </w:tc>
        <w:tc>
          <w:tcPr>
            <w:tcW w:w="136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7FFF5F9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7"/>
              </w:rPr>
              <w:t>[YYYY-MM-DD]</w:t>
            </w:r>
          </w:p>
        </w:tc>
        <w:tc>
          <w:tcPr>
            <w:tcW w:w="100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8C5508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7"/>
              </w:rPr>
              <w:t>[H/M/L]</w:t>
            </w:r>
          </w:p>
        </w:tc>
        <w:tc>
          <w:tcPr>
            <w:tcW w:w="1224" w:type="dxa"/>
            <w:gridSpan w:val="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FA6EC3E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7"/>
              </w:rPr>
              <w:t>[Open]</w:t>
            </w:r>
          </w:p>
        </w:tc>
      </w:tr>
      <w:tr w:rsidR="00D4248B" w14:paraId="48A320E7" w14:textId="77777777">
        <w:tblPrEx>
          <w:tblBorders>
            <w:top w:val="single" w:sz="6" w:space="0" w:color="F2D3D6"/>
            <w:left w:val="single" w:sz="6" w:space="0" w:color="F2D3D6"/>
            <w:bottom w:val="single" w:sz="6" w:space="0" w:color="F2D3D6"/>
            <w:right w:val="single" w:sz="6" w:space="0" w:color="F2D3D6"/>
            <w:insideH w:val="single" w:sz="6" w:space="0" w:color="F2D3D6"/>
            <w:insideV w:val="single" w:sz="6" w:space="0" w:color="F2D3D6"/>
          </w:tblBorders>
        </w:tblPrEx>
        <w:trPr>
          <w:gridAfter w:val="1"/>
          <w:wAfter w:w="48" w:type="dxa"/>
          <w:cantSplit/>
          <w:jc w:val="center"/>
        </w:trPr>
        <w:tc>
          <w:tcPr>
            <w:tcW w:w="10166" w:type="dxa"/>
            <w:gridSpan w:val="6"/>
            <w:shd w:val="clear" w:color="auto" w:fill="FFF7F8"/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3C6BF52D" w14:textId="77777777" w:rsidR="00D4248B" w:rsidRDefault="003E4FF0">
            <w:pPr>
              <w:spacing w:after="80"/>
            </w:pPr>
            <w:r>
              <w:rPr>
                <w:b/>
                <w:color w:val="B7000E"/>
              </w:rPr>
              <w:t>Closure reminder</w:t>
            </w:r>
          </w:p>
          <w:p w14:paraId="14A99418" w14:textId="77777777" w:rsidR="00D4248B" w:rsidRDefault="003E4FF0">
            <w:pPr>
              <w:spacing w:after="0"/>
            </w:pPr>
            <w:r>
              <w:rPr>
                <w:sz w:val="20"/>
              </w:rPr>
              <w:t xml:space="preserve">An action should not be treated as complete until the change is </w:t>
            </w:r>
            <w:r>
              <w:rPr>
                <w:sz w:val="20"/>
              </w:rPr>
              <w:t>implemented and the required evidence is available. Where appropriate, record how effectiveness will be checked later.</w:t>
            </w:r>
          </w:p>
        </w:tc>
      </w:tr>
    </w:tbl>
    <w:p w14:paraId="353222FF" w14:textId="77777777" w:rsidR="00D4248B" w:rsidRDefault="00D4248B">
      <w:pPr>
        <w:spacing w:after="0"/>
      </w:pPr>
    </w:p>
    <w:p w14:paraId="5F756BBF" w14:textId="77777777" w:rsidR="00D4248B" w:rsidRDefault="003E4FF0">
      <w:pPr>
        <w:keepNext/>
        <w:spacing w:before="160"/>
      </w:pPr>
      <w:r>
        <w:rPr>
          <w:b/>
          <w:color w:val="111827"/>
          <w:sz w:val="25"/>
        </w:rPr>
        <w:t>Effectiveness Follow-Up</w:t>
      </w:r>
    </w:p>
    <w:tbl>
      <w:tblPr>
        <w:tblW w:w="0" w:type="auto"/>
        <w:jc w:val="center"/>
        <w:tblBorders>
          <w:top w:val="single" w:sz="6" w:space="0" w:color="E5E7EB"/>
          <w:left w:val="single" w:sz="6" w:space="0" w:color="E5E7EB"/>
          <w:bottom w:val="single" w:sz="6" w:space="0" w:color="E5E7EB"/>
          <w:right w:val="single" w:sz="6" w:space="0" w:color="E5E7EB"/>
          <w:insideH w:val="single" w:sz="6" w:space="0" w:color="E5E7EB"/>
          <w:insideV w:val="single" w:sz="6" w:space="0" w:color="E5E7EB"/>
        </w:tblBorders>
        <w:tblLayout w:type="fixed"/>
        <w:tblLook w:val="04A0" w:firstRow="1" w:lastRow="0" w:firstColumn="1" w:lastColumn="0" w:noHBand="0" w:noVBand="1"/>
      </w:tblPr>
      <w:tblGrid>
        <w:gridCol w:w="1224"/>
        <w:gridCol w:w="3960"/>
        <w:gridCol w:w="1584"/>
        <w:gridCol w:w="1512"/>
        <w:gridCol w:w="1800"/>
      </w:tblGrid>
      <w:tr w:rsidR="00D4248B" w14:paraId="1A9050CA" w14:textId="77777777">
        <w:trPr>
          <w:cantSplit/>
          <w:jc w:val="center"/>
        </w:trPr>
        <w:tc>
          <w:tcPr>
            <w:tcW w:w="1224" w:type="dxa"/>
            <w:shd w:val="clear" w:color="auto" w:fill="B7000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6B379CB" w14:textId="77777777" w:rsidR="00D4248B" w:rsidRDefault="003E4FF0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7"/>
              </w:rPr>
              <w:t>Action ID</w:t>
            </w:r>
          </w:p>
        </w:tc>
        <w:tc>
          <w:tcPr>
            <w:tcW w:w="3960" w:type="dxa"/>
            <w:shd w:val="clear" w:color="auto" w:fill="B7000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E5440CE" w14:textId="77777777" w:rsidR="00D4248B" w:rsidRDefault="003E4FF0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7"/>
              </w:rPr>
              <w:t>Verification Method</w:t>
            </w:r>
          </w:p>
        </w:tc>
        <w:tc>
          <w:tcPr>
            <w:tcW w:w="1584" w:type="dxa"/>
            <w:shd w:val="clear" w:color="auto" w:fill="B7000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46F36F" w14:textId="77777777" w:rsidR="00D4248B" w:rsidRDefault="003E4FF0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7"/>
              </w:rPr>
              <w:t>Check Date</w:t>
            </w:r>
          </w:p>
        </w:tc>
        <w:tc>
          <w:tcPr>
            <w:tcW w:w="1512" w:type="dxa"/>
            <w:shd w:val="clear" w:color="auto" w:fill="B7000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9F59F93" w14:textId="77777777" w:rsidR="00D4248B" w:rsidRDefault="003E4FF0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7"/>
              </w:rPr>
              <w:t>Verifier</w:t>
            </w:r>
          </w:p>
        </w:tc>
        <w:tc>
          <w:tcPr>
            <w:tcW w:w="1800" w:type="dxa"/>
            <w:shd w:val="clear" w:color="auto" w:fill="B7000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EF7915D" w14:textId="77777777" w:rsidR="00D4248B" w:rsidRDefault="003E4FF0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7"/>
              </w:rPr>
              <w:t>Result</w:t>
            </w:r>
          </w:p>
        </w:tc>
      </w:tr>
      <w:tr w:rsidR="00D4248B" w14:paraId="67CAD9A1" w14:textId="77777777">
        <w:trPr>
          <w:cantSplit/>
          <w:jc w:val="center"/>
        </w:trPr>
        <w:tc>
          <w:tcPr>
            <w:tcW w:w="122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D780B1C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7"/>
              </w:rPr>
              <w:t>A-01</w:t>
            </w:r>
          </w:p>
        </w:tc>
        <w:tc>
          <w:tcPr>
            <w:tcW w:w="396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14EEDB6" w14:textId="77777777" w:rsidR="00D4248B" w:rsidRDefault="003E4FF0">
            <w:pPr>
              <w:spacing w:after="0" w:line="259" w:lineRule="auto"/>
            </w:pPr>
            <w:r>
              <w:rPr>
                <w:sz w:val="17"/>
              </w:rPr>
              <w:t>[Sample / test / metrics]</w:t>
            </w:r>
          </w:p>
        </w:tc>
        <w:tc>
          <w:tcPr>
            <w:tcW w:w="158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025653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7"/>
              </w:rPr>
              <w:t>[Date]</w:t>
            </w:r>
          </w:p>
        </w:tc>
        <w:tc>
          <w:tcPr>
            <w:tcW w:w="151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0B6AE0F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7"/>
              </w:rPr>
              <w:t>[Name]</w:t>
            </w:r>
          </w:p>
        </w:tc>
        <w:tc>
          <w:tcPr>
            <w:tcW w:w="18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402B52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7"/>
              </w:rPr>
              <w:t>[Effective / Reopen]</w:t>
            </w:r>
          </w:p>
        </w:tc>
      </w:tr>
      <w:tr w:rsidR="00D4248B" w14:paraId="24672963" w14:textId="77777777">
        <w:trPr>
          <w:cantSplit/>
          <w:jc w:val="center"/>
        </w:trPr>
        <w:tc>
          <w:tcPr>
            <w:tcW w:w="122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0BEFFE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7"/>
              </w:rPr>
              <w:t>A-02</w:t>
            </w:r>
          </w:p>
        </w:tc>
        <w:tc>
          <w:tcPr>
            <w:tcW w:w="396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02E2CE" w14:textId="77777777" w:rsidR="00D4248B" w:rsidRDefault="003E4FF0">
            <w:pPr>
              <w:spacing w:after="0" w:line="259" w:lineRule="auto"/>
            </w:pPr>
            <w:r>
              <w:rPr>
                <w:sz w:val="17"/>
              </w:rPr>
              <w:t>[Sample / test / metrics]</w:t>
            </w:r>
          </w:p>
        </w:tc>
        <w:tc>
          <w:tcPr>
            <w:tcW w:w="158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6C3B24F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7"/>
              </w:rPr>
              <w:t>[Date]</w:t>
            </w:r>
          </w:p>
        </w:tc>
        <w:tc>
          <w:tcPr>
            <w:tcW w:w="151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C9C4064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7"/>
              </w:rPr>
              <w:t>[Name]</w:t>
            </w:r>
          </w:p>
        </w:tc>
        <w:tc>
          <w:tcPr>
            <w:tcW w:w="18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5EFEF1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7"/>
              </w:rPr>
              <w:t>[Effective / Reopen]</w:t>
            </w:r>
          </w:p>
        </w:tc>
      </w:tr>
      <w:tr w:rsidR="00D4248B" w14:paraId="5218DDC5" w14:textId="77777777">
        <w:trPr>
          <w:cantSplit/>
          <w:jc w:val="center"/>
        </w:trPr>
        <w:tc>
          <w:tcPr>
            <w:tcW w:w="122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4AB7988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7"/>
              </w:rPr>
              <w:t>A-03</w:t>
            </w:r>
          </w:p>
        </w:tc>
        <w:tc>
          <w:tcPr>
            <w:tcW w:w="396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1622395" w14:textId="77777777" w:rsidR="00D4248B" w:rsidRDefault="003E4FF0">
            <w:pPr>
              <w:spacing w:after="0" w:line="259" w:lineRule="auto"/>
            </w:pPr>
            <w:r>
              <w:rPr>
                <w:sz w:val="17"/>
              </w:rPr>
              <w:t>[Sample / test / metrics]</w:t>
            </w:r>
          </w:p>
        </w:tc>
        <w:tc>
          <w:tcPr>
            <w:tcW w:w="158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CFBE86B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7"/>
              </w:rPr>
              <w:t>[Date]</w:t>
            </w:r>
          </w:p>
        </w:tc>
        <w:tc>
          <w:tcPr>
            <w:tcW w:w="151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71009D1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7"/>
              </w:rPr>
              <w:t>[Name]</w:t>
            </w:r>
          </w:p>
        </w:tc>
        <w:tc>
          <w:tcPr>
            <w:tcW w:w="18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D55728F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7"/>
              </w:rPr>
              <w:t>[Effective / Reopen]</w:t>
            </w:r>
          </w:p>
        </w:tc>
      </w:tr>
      <w:tr w:rsidR="00D4248B" w14:paraId="4E4A0F57" w14:textId="77777777">
        <w:trPr>
          <w:cantSplit/>
          <w:jc w:val="center"/>
        </w:trPr>
        <w:tc>
          <w:tcPr>
            <w:tcW w:w="122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F00B84B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7"/>
              </w:rPr>
              <w:t>A-04</w:t>
            </w:r>
          </w:p>
        </w:tc>
        <w:tc>
          <w:tcPr>
            <w:tcW w:w="396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9AAD408" w14:textId="77777777" w:rsidR="00D4248B" w:rsidRDefault="003E4FF0">
            <w:pPr>
              <w:spacing w:after="0" w:line="259" w:lineRule="auto"/>
            </w:pPr>
            <w:r>
              <w:rPr>
                <w:sz w:val="17"/>
              </w:rPr>
              <w:t>[Sample / test / metrics]</w:t>
            </w:r>
          </w:p>
        </w:tc>
        <w:tc>
          <w:tcPr>
            <w:tcW w:w="158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953F5A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7"/>
              </w:rPr>
              <w:t>[Date]</w:t>
            </w:r>
          </w:p>
        </w:tc>
        <w:tc>
          <w:tcPr>
            <w:tcW w:w="151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DAC30B1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7"/>
              </w:rPr>
              <w:t>[Name]</w:t>
            </w:r>
          </w:p>
        </w:tc>
        <w:tc>
          <w:tcPr>
            <w:tcW w:w="18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D4DDB4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7"/>
              </w:rPr>
              <w:t>[Effective / Reopen]</w:t>
            </w:r>
          </w:p>
        </w:tc>
      </w:tr>
      <w:tr w:rsidR="00D4248B" w14:paraId="04B59F72" w14:textId="77777777">
        <w:trPr>
          <w:cantSplit/>
          <w:jc w:val="center"/>
        </w:trPr>
        <w:tc>
          <w:tcPr>
            <w:tcW w:w="122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A3B6B5A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7"/>
              </w:rPr>
              <w:t>A-05</w:t>
            </w:r>
          </w:p>
        </w:tc>
        <w:tc>
          <w:tcPr>
            <w:tcW w:w="396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4922102" w14:textId="77777777" w:rsidR="00D4248B" w:rsidRDefault="003E4FF0">
            <w:pPr>
              <w:spacing w:after="0" w:line="259" w:lineRule="auto"/>
            </w:pPr>
            <w:r>
              <w:rPr>
                <w:sz w:val="17"/>
              </w:rPr>
              <w:t xml:space="preserve">[Sample / test / </w:t>
            </w:r>
            <w:r>
              <w:rPr>
                <w:sz w:val="17"/>
              </w:rPr>
              <w:t>metrics]</w:t>
            </w:r>
          </w:p>
        </w:tc>
        <w:tc>
          <w:tcPr>
            <w:tcW w:w="158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508FDE1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7"/>
              </w:rPr>
              <w:t>[Date]</w:t>
            </w:r>
          </w:p>
        </w:tc>
        <w:tc>
          <w:tcPr>
            <w:tcW w:w="151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5006467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7"/>
              </w:rPr>
              <w:t>[Name]</w:t>
            </w:r>
          </w:p>
        </w:tc>
        <w:tc>
          <w:tcPr>
            <w:tcW w:w="18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B1877B8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7"/>
              </w:rPr>
              <w:t>[Effective / Reopen]</w:t>
            </w:r>
          </w:p>
        </w:tc>
      </w:tr>
    </w:tbl>
    <w:p w14:paraId="46B28479" w14:textId="77777777" w:rsidR="00D4248B" w:rsidRDefault="003E4FF0">
      <w:r>
        <w:br w:type="page"/>
      </w:r>
    </w:p>
    <w:p w14:paraId="4990E84E" w14:textId="77777777" w:rsidR="00D4248B" w:rsidRDefault="003E4FF0">
      <w:pPr>
        <w:keepNext/>
        <w:spacing w:before="240" w:after="140"/>
      </w:pPr>
      <w:r>
        <w:rPr>
          <w:b/>
          <w:color w:val="111827"/>
          <w:sz w:val="30"/>
        </w:rPr>
        <w:lastRenderedPageBreak/>
        <w:t>11. Attachments / Evidence Pack (References)</w:t>
      </w:r>
    </w:p>
    <w:p w14:paraId="572CC3B6" w14:textId="77777777" w:rsidR="00D4248B" w:rsidRDefault="003E4FF0">
      <w:r>
        <w:rPr>
          <w:sz w:val="20"/>
        </w:rPr>
        <w:t>Reference the reports, registers, dashboards, and records reviewed during the meeting. Store the final evidence pack with the signed minutes.</w:t>
      </w:r>
    </w:p>
    <w:tbl>
      <w:tblPr>
        <w:tblW w:w="0" w:type="auto"/>
        <w:jc w:val="center"/>
        <w:tblBorders>
          <w:top w:val="single" w:sz="6" w:space="0" w:color="E5E7EB"/>
          <w:left w:val="single" w:sz="6" w:space="0" w:color="E5E7EB"/>
          <w:bottom w:val="single" w:sz="6" w:space="0" w:color="E5E7EB"/>
          <w:right w:val="single" w:sz="6" w:space="0" w:color="E5E7EB"/>
          <w:insideH w:val="single" w:sz="6" w:space="0" w:color="E5E7EB"/>
          <w:insideV w:val="single" w:sz="6" w:space="0" w:color="E5E7EB"/>
        </w:tblBorders>
        <w:tblLayout w:type="fixed"/>
        <w:tblLook w:val="04A0" w:firstRow="1" w:lastRow="0" w:firstColumn="1" w:lastColumn="0" w:noHBand="0" w:noVBand="1"/>
      </w:tblPr>
      <w:tblGrid>
        <w:gridCol w:w="3816"/>
        <w:gridCol w:w="3096"/>
        <w:gridCol w:w="1728"/>
        <w:gridCol w:w="1440"/>
      </w:tblGrid>
      <w:tr w:rsidR="00D4248B" w14:paraId="2EB40398" w14:textId="77777777">
        <w:trPr>
          <w:cantSplit/>
          <w:tblHeader/>
          <w:jc w:val="center"/>
        </w:trPr>
        <w:tc>
          <w:tcPr>
            <w:tcW w:w="3816" w:type="dxa"/>
            <w:shd w:val="clear" w:color="auto" w:fill="B7000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B5D12FA" w14:textId="77777777" w:rsidR="00D4248B" w:rsidRDefault="003E4FF0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8"/>
              </w:rPr>
              <w:t>Evidence / Attachment</w:t>
            </w:r>
          </w:p>
        </w:tc>
        <w:tc>
          <w:tcPr>
            <w:tcW w:w="3096" w:type="dxa"/>
            <w:shd w:val="clear" w:color="auto" w:fill="B7000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ADF64E" w14:textId="77777777" w:rsidR="00D4248B" w:rsidRDefault="003E4FF0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8"/>
              </w:rPr>
              <w:t>Reference / Link</w:t>
            </w:r>
          </w:p>
        </w:tc>
        <w:tc>
          <w:tcPr>
            <w:tcW w:w="1728" w:type="dxa"/>
            <w:shd w:val="clear" w:color="auto" w:fill="B7000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CF0758" w14:textId="77777777" w:rsidR="00D4248B" w:rsidRDefault="003E4FF0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8"/>
              </w:rPr>
              <w:t>Date / Version</w:t>
            </w:r>
          </w:p>
        </w:tc>
        <w:tc>
          <w:tcPr>
            <w:tcW w:w="1440" w:type="dxa"/>
            <w:shd w:val="clear" w:color="auto" w:fill="B7000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959A24B" w14:textId="77777777" w:rsidR="00D4248B" w:rsidRDefault="003E4FF0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8"/>
              </w:rPr>
              <w:t>Reviewed By</w:t>
            </w:r>
          </w:p>
        </w:tc>
      </w:tr>
      <w:tr w:rsidR="00D4248B" w14:paraId="0C9CDC44" w14:textId="77777777">
        <w:trPr>
          <w:cantSplit/>
          <w:jc w:val="center"/>
        </w:trPr>
        <w:tc>
          <w:tcPr>
            <w:tcW w:w="381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FAAAB8" w14:textId="77777777" w:rsidR="00D4248B" w:rsidRDefault="003E4FF0">
            <w:pPr>
              <w:spacing w:after="0" w:line="259" w:lineRule="auto"/>
            </w:pPr>
            <w:r>
              <w:rPr>
                <w:sz w:val="18"/>
              </w:rPr>
              <w:t>[Document / report]</w:t>
            </w:r>
          </w:p>
        </w:tc>
        <w:tc>
          <w:tcPr>
            <w:tcW w:w="309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D744025" w14:textId="77777777" w:rsidR="00D4248B" w:rsidRDefault="003E4FF0">
            <w:pPr>
              <w:spacing w:after="0" w:line="259" w:lineRule="auto"/>
            </w:pPr>
            <w:r>
              <w:rPr>
                <w:sz w:val="18"/>
              </w:rPr>
              <w:t>[File path or URL]</w:t>
            </w:r>
          </w:p>
        </w:tc>
        <w:tc>
          <w:tcPr>
            <w:tcW w:w="172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FCD831D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8"/>
              </w:rPr>
              <w:t>[Date / version]</w:t>
            </w:r>
          </w:p>
        </w:tc>
        <w:tc>
          <w:tcPr>
            <w:tcW w:w="144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2BC7CD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8"/>
              </w:rPr>
              <w:t>[Name]</w:t>
            </w:r>
          </w:p>
        </w:tc>
      </w:tr>
      <w:tr w:rsidR="00D4248B" w14:paraId="722A5944" w14:textId="77777777">
        <w:trPr>
          <w:cantSplit/>
          <w:jc w:val="center"/>
        </w:trPr>
        <w:tc>
          <w:tcPr>
            <w:tcW w:w="381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8BAD98B" w14:textId="77777777" w:rsidR="00D4248B" w:rsidRDefault="003E4FF0">
            <w:pPr>
              <w:spacing w:after="0" w:line="259" w:lineRule="auto"/>
            </w:pPr>
            <w:r>
              <w:rPr>
                <w:sz w:val="18"/>
              </w:rPr>
              <w:t>[Document / report]</w:t>
            </w:r>
          </w:p>
        </w:tc>
        <w:tc>
          <w:tcPr>
            <w:tcW w:w="309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3389638" w14:textId="77777777" w:rsidR="00D4248B" w:rsidRDefault="003E4FF0">
            <w:pPr>
              <w:spacing w:after="0" w:line="259" w:lineRule="auto"/>
            </w:pPr>
            <w:r>
              <w:rPr>
                <w:sz w:val="18"/>
              </w:rPr>
              <w:t>[File path or URL]</w:t>
            </w:r>
          </w:p>
        </w:tc>
        <w:tc>
          <w:tcPr>
            <w:tcW w:w="172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CE7AB67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8"/>
              </w:rPr>
              <w:t>[Date / version]</w:t>
            </w:r>
          </w:p>
        </w:tc>
        <w:tc>
          <w:tcPr>
            <w:tcW w:w="144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EA745B6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8"/>
              </w:rPr>
              <w:t>[Name]</w:t>
            </w:r>
          </w:p>
        </w:tc>
      </w:tr>
      <w:tr w:rsidR="00D4248B" w14:paraId="36BAF70F" w14:textId="77777777">
        <w:trPr>
          <w:cantSplit/>
          <w:jc w:val="center"/>
        </w:trPr>
        <w:tc>
          <w:tcPr>
            <w:tcW w:w="381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DAF732C" w14:textId="77777777" w:rsidR="00D4248B" w:rsidRDefault="003E4FF0">
            <w:pPr>
              <w:spacing w:after="0" w:line="259" w:lineRule="auto"/>
            </w:pPr>
            <w:r>
              <w:rPr>
                <w:sz w:val="18"/>
              </w:rPr>
              <w:t>[Document / report]</w:t>
            </w:r>
          </w:p>
        </w:tc>
        <w:tc>
          <w:tcPr>
            <w:tcW w:w="309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EE2475C" w14:textId="77777777" w:rsidR="00D4248B" w:rsidRDefault="003E4FF0">
            <w:pPr>
              <w:spacing w:after="0" w:line="259" w:lineRule="auto"/>
            </w:pPr>
            <w:r>
              <w:rPr>
                <w:sz w:val="18"/>
              </w:rPr>
              <w:t>[File path or URL]</w:t>
            </w:r>
          </w:p>
        </w:tc>
        <w:tc>
          <w:tcPr>
            <w:tcW w:w="172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9D86F3C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8"/>
              </w:rPr>
              <w:t>[Date / version]</w:t>
            </w:r>
          </w:p>
        </w:tc>
        <w:tc>
          <w:tcPr>
            <w:tcW w:w="144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F303055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8"/>
              </w:rPr>
              <w:t>[Name]</w:t>
            </w:r>
          </w:p>
        </w:tc>
      </w:tr>
      <w:tr w:rsidR="00D4248B" w14:paraId="0F068DDA" w14:textId="77777777">
        <w:trPr>
          <w:cantSplit/>
          <w:jc w:val="center"/>
        </w:trPr>
        <w:tc>
          <w:tcPr>
            <w:tcW w:w="381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DA4CD8C" w14:textId="77777777" w:rsidR="00D4248B" w:rsidRDefault="003E4FF0">
            <w:pPr>
              <w:spacing w:after="0" w:line="259" w:lineRule="auto"/>
            </w:pPr>
            <w:r>
              <w:rPr>
                <w:sz w:val="18"/>
              </w:rPr>
              <w:t xml:space="preserve">[Document / </w:t>
            </w:r>
            <w:r>
              <w:rPr>
                <w:sz w:val="18"/>
              </w:rPr>
              <w:t>report]</w:t>
            </w:r>
          </w:p>
        </w:tc>
        <w:tc>
          <w:tcPr>
            <w:tcW w:w="309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66E3831" w14:textId="77777777" w:rsidR="00D4248B" w:rsidRDefault="003E4FF0">
            <w:pPr>
              <w:spacing w:after="0" w:line="259" w:lineRule="auto"/>
            </w:pPr>
            <w:r>
              <w:rPr>
                <w:sz w:val="18"/>
              </w:rPr>
              <w:t>[File path or URL]</w:t>
            </w:r>
          </w:p>
        </w:tc>
        <w:tc>
          <w:tcPr>
            <w:tcW w:w="172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D6EA2D0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8"/>
              </w:rPr>
              <w:t>[Date / version]</w:t>
            </w:r>
          </w:p>
        </w:tc>
        <w:tc>
          <w:tcPr>
            <w:tcW w:w="144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68FEE0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8"/>
              </w:rPr>
              <w:t>[Name]</w:t>
            </w:r>
          </w:p>
        </w:tc>
      </w:tr>
      <w:tr w:rsidR="00D4248B" w14:paraId="1E890D29" w14:textId="77777777">
        <w:trPr>
          <w:cantSplit/>
          <w:jc w:val="center"/>
        </w:trPr>
        <w:tc>
          <w:tcPr>
            <w:tcW w:w="381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7C99B3" w14:textId="77777777" w:rsidR="00D4248B" w:rsidRDefault="003E4FF0">
            <w:pPr>
              <w:spacing w:after="0" w:line="259" w:lineRule="auto"/>
            </w:pPr>
            <w:r>
              <w:rPr>
                <w:sz w:val="18"/>
              </w:rPr>
              <w:t>[Document / report]</w:t>
            </w:r>
          </w:p>
        </w:tc>
        <w:tc>
          <w:tcPr>
            <w:tcW w:w="309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C210FAB" w14:textId="77777777" w:rsidR="00D4248B" w:rsidRDefault="003E4FF0">
            <w:pPr>
              <w:spacing w:after="0" w:line="259" w:lineRule="auto"/>
            </w:pPr>
            <w:r>
              <w:rPr>
                <w:sz w:val="18"/>
              </w:rPr>
              <w:t>[File path or URL]</w:t>
            </w:r>
          </w:p>
        </w:tc>
        <w:tc>
          <w:tcPr>
            <w:tcW w:w="172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B62C9F7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8"/>
              </w:rPr>
              <w:t>[Date / version]</w:t>
            </w:r>
          </w:p>
        </w:tc>
        <w:tc>
          <w:tcPr>
            <w:tcW w:w="144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EB076F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8"/>
              </w:rPr>
              <w:t>[Name]</w:t>
            </w:r>
          </w:p>
        </w:tc>
      </w:tr>
      <w:tr w:rsidR="00D4248B" w14:paraId="6BFB5766" w14:textId="77777777">
        <w:trPr>
          <w:cantSplit/>
          <w:jc w:val="center"/>
        </w:trPr>
        <w:tc>
          <w:tcPr>
            <w:tcW w:w="381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ACA9D96" w14:textId="77777777" w:rsidR="00D4248B" w:rsidRDefault="003E4FF0">
            <w:pPr>
              <w:spacing w:after="0" w:line="259" w:lineRule="auto"/>
            </w:pPr>
            <w:r>
              <w:rPr>
                <w:sz w:val="18"/>
              </w:rPr>
              <w:t>[Document / report]</w:t>
            </w:r>
          </w:p>
        </w:tc>
        <w:tc>
          <w:tcPr>
            <w:tcW w:w="309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A0C461B" w14:textId="77777777" w:rsidR="00D4248B" w:rsidRDefault="003E4FF0">
            <w:pPr>
              <w:spacing w:after="0" w:line="259" w:lineRule="auto"/>
            </w:pPr>
            <w:r>
              <w:rPr>
                <w:sz w:val="18"/>
              </w:rPr>
              <w:t>[File path or URL]</w:t>
            </w:r>
          </w:p>
        </w:tc>
        <w:tc>
          <w:tcPr>
            <w:tcW w:w="172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3EA3FA4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8"/>
              </w:rPr>
              <w:t>[Date / version]</w:t>
            </w:r>
          </w:p>
        </w:tc>
        <w:tc>
          <w:tcPr>
            <w:tcW w:w="144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C985B82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8"/>
              </w:rPr>
              <w:t>[Name]</w:t>
            </w:r>
          </w:p>
        </w:tc>
      </w:tr>
      <w:tr w:rsidR="00D4248B" w14:paraId="7EEC39D4" w14:textId="77777777">
        <w:trPr>
          <w:cantSplit/>
          <w:jc w:val="center"/>
        </w:trPr>
        <w:tc>
          <w:tcPr>
            <w:tcW w:w="381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454E7B5" w14:textId="77777777" w:rsidR="00D4248B" w:rsidRDefault="003E4FF0">
            <w:pPr>
              <w:spacing w:after="0" w:line="259" w:lineRule="auto"/>
            </w:pPr>
            <w:r>
              <w:rPr>
                <w:sz w:val="18"/>
              </w:rPr>
              <w:t>[Document / report]</w:t>
            </w:r>
          </w:p>
        </w:tc>
        <w:tc>
          <w:tcPr>
            <w:tcW w:w="309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49C3C6" w14:textId="77777777" w:rsidR="00D4248B" w:rsidRDefault="003E4FF0">
            <w:pPr>
              <w:spacing w:after="0" w:line="259" w:lineRule="auto"/>
            </w:pPr>
            <w:r>
              <w:rPr>
                <w:sz w:val="18"/>
              </w:rPr>
              <w:t>[File path or URL]</w:t>
            </w:r>
          </w:p>
        </w:tc>
        <w:tc>
          <w:tcPr>
            <w:tcW w:w="172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0E86588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8"/>
              </w:rPr>
              <w:t>[Date / version]</w:t>
            </w:r>
          </w:p>
        </w:tc>
        <w:tc>
          <w:tcPr>
            <w:tcW w:w="144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E8C141C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8"/>
              </w:rPr>
              <w:t>[Name]</w:t>
            </w:r>
          </w:p>
        </w:tc>
      </w:tr>
      <w:tr w:rsidR="00D4248B" w14:paraId="5E497FE1" w14:textId="77777777">
        <w:trPr>
          <w:cantSplit/>
          <w:jc w:val="center"/>
        </w:trPr>
        <w:tc>
          <w:tcPr>
            <w:tcW w:w="381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737B0B" w14:textId="77777777" w:rsidR="00D4248B" w:rsidRDefault="003E4FF0">
            <w:pPr>
              <w:spacing w:after="0" w:line="259" w:lineRule="auto"/>
            </w:pPr>
            <w:r>
              <w:rPr>
                <w:sz w:val="18"/>
              </w:rPr>
              <w:t>[Document / report]</w:t>
            </w:r>
          </w:p>
        </w:tc>
        <w:tc>
          <w:tcPr>
            <w:tcW w:w="309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44426BE" w14:textId="77777777" w:rsidR="00D4248B" w:rsidRDefault="003E4FF0">
            <w:pPr>
              <w:spacing w:after="0" w:line="259" w:lineRule="auto"/>
            </w:pPr>
            <w:r>
              <w:rPr>
                <w:sz w:val="18"/>
              </w:rPr>
              <w:t>[File path or URL]</w:t>
            </w:r>
          </w:p>
        </w:tc>
        <w:tc>
          <w:tcPr>
            <w:tcW w:w="172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58F2762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8"/>
              </w:rPr>
              <w:t>[Date / version]</w:t>
            </w:r>
          </w:p>
        </w:tc>
        <w:tc>
          <w:tcPr>
            <w:tcW w:w="144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FE6A4B4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8"/>
              </w:rPr>
              <w:t>[Name]</w:t>
            </w:r>
          </w:p>
        </w:tc>
      </w:tr>
      <w:tr w:rsidR="00D4248B" w14:paraId="3FA8B6B7" w14:textId="77777777">
        <w:trPr>
          <w:cantSplit/>
          <w:jc w:val="center"/>
        </w:trPr>
        <w:tc>
          <w:tcPr>
            <w:tcW w:w="381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4BBC98F" w14:textId="77777777" w:rsidR="00D4248B" w:rsidRDefault="003E4FF0">
            <w:pPr>
              <w:spacing w:after="0" w:line="259" w:lineRule="auto"/>
            </w:pPr>
            <w:r>
              <w:rPr>
                <w:sz w:val="18"/>
              </w:rPr>
              <w:t>[Document / report]</w:t>
            </w:r>
          </w:p>
        </w:tc>
        <w:tc>
          <w:tcPr>
            <w:tcW w:w="309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3303F39" w14:textId="77777777" w:rsidR="00D4248B" w:rsidRDefault="003E4FF0">
            <w:pPr>
              <w:spacing w:after="0" w:line="259" w:lineRule="auto"/>
            </w:pPr>
            <w:r>
              <w:rPr>
                <w:sz w:val="18"/>
              </w:rPr>
              <w:t>[File path or URL]</w:t>
            </w:r>
          </w:p>
        </w:tc>
        <w:tc>
          <w:tcPr>
            <w:tcW w:w="172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CF66A77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8"/>
              </w:rPr>
              <w:t>[Date / version]</w:t>
            </w:r>
          </w:p>
        </w:tc>
        <w:tc>
          <w:tcPr>
            <w:tcW w:w="144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45F1B57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8"/>
              </w:rPr>
              <w:t>[Name]</w:t>
            </w:r>
          </w:p>
        </w:tc>
      </w:tr>
      <w:tr w:rsidR="00D4248B" w14:paraId="09D5C637" w14:textId="77777777">
        <w:trPr>
          <w:cantSplit/>
          <w:jc w:val="center"/>
        </w:trPr>
        <w:tc>
          <w:tcPr>
            <w:tcW w:w="381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67669B7" w14:textId="77777777" w:rsidR="00D4248B" w:rsidRDefault="003E4FF0">
            <w:pPr>
              <w:spacing w:after="0" w:line="259" w:lineRule="auto"/>
            </w:pPr>
            <w:r>
              <w:rPr>
                <w:sz w:val="18"/>
              </w:rPr>
              <w:t>[Document / report]</w:t>
            </w:r>
          </w:p>
        </w:tc>
        <w:tc>
          <w:tcPr>
            <w:tcW w:w="309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C26626" w14:textId="77777777" w:rsidR="00D4248B" w:rsidRDefault="003E4FF0">
            <w:pPr>
              <w:spacing w:after="0" w:line="259" w:lineRule="auto"/>
            </w:pPr>
            <w:r>
              <w:rPr>
                <w:sz w:val="18"/>
              </w:rPr>
              <w:t>[File path or URL]</w:t>
            </w:r>
          </w:p>
        </w:tc>
        <w:tc>
          <w:tcPr>
            <w:tcW w:w="172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7D5A363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8"/>
              </w:rPr>
              <w:t>[Date / version]</w:t>
            </w:r>
          </w:p>
        </w:tc>
        <w:tc>
          <w:tcPr>
            <w:tcW w:w="144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E9CFCD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8"/>
              </w:rPr>
              <w:t>[Name]</w:t>
            </w:r>
          </w:p>
        </w:tc>
      </w:tr>
    </w:tbl>
    <w:p w14:paraId="6921DE2E" w14:textId="77777777" w:rsidR="00D4248B" w:rsidRDefault="003E4FF0">
      <w:pPr>
        <w:keepNext/>
        <w:spacing w:before="200"/>
      </w:pPr>
      <w:r>
        <w:rPr>
          <w:b/>
          <w:color w:val="111827"/>
          <w:sz w:val="23"/>
        </w:rPr>
        <w:t>Suggested Evidence Pack</w:t>
      </w:r>
    </w:p>
    <w:tbl>
      <w:tblPr>
        <w:tblW w:w="0" w:type="auto"/>
        <w:jc w:val="center"/>
        <w:tblBorders>
          <w:top w:val="single" w:sz="6" w:space="0" w:color="F2D3D6"/>
          <w:left w:val="single" w:sz="6" w:space="0" w:color="F2D3D6"/>
          <w:bottom w:val="single" w:sz="6" w:space="0" w:color="F2D3D6"/>
          <w:right w:val="single" w:sz="6" w:space="0" w:color="F2D3D6"/>
          <w:insideH w:val="single" w:sz="6" w:space="0" w:color="F2D3D6"/>
          <w:insideV w:val="single" w:sz="6" w:space="0" w:color="F2D3D6"/>
        </w:tblBorders>
        <w:tblLook w:val="04A0" w:firstRow="1" w:lastRow="0" w:firstColumn="1" w:lastColumn="0" w:noHBand="0" w:noVBand="1"/>
      </w:tblPr>
      <w:tblGrid>
        <w:gridCol w:w="10150"/>
      </w:tblGrid>
      <w:tr w:rsidR="00D4248B" w14:paraId="69A1D7DD" w14:textId="77777777">
        <w:trPr>
          <w:cantSplit/>
          <w:jc w:val="center"/>
        </w:trPr>
        <w:tc>
          <w:tcPr>
            <w:tcW w:w="10166" w:type="dxa"/>
            <w:shd w:val="clear" w:color="auto" w:fill="FFF7F8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53557F60" w14:textId="77777777" w:rsidR="00D4248B" w:rsidRDefault="003E4FF0">
            <w:pPr>
              <w:spacing w:after="100"/>
            </w:pPr>
            <w:r>
              <w:rPr>
                <w:b/>
                <w:color w:val="B7000E"/>
              </w:rPr>
              <w:t>Recommended files</w:t>
            </w:r>
          </w:p>
          <w:p w14:paraId="12045899" w14:textId="77777777" w:rsidR="00D4248B" w:rsidRDefault="003E4FF0">
            <w:pPr>
              <w:pStyle w:val="ListBullet"/>
              <w:spacing w:after="40"/>
            </w:pPr>
            <w:r>
              <w:rPr>
                <w:sz w:val="19"/>
              </w:rPr>
              <w:t xml:space="preserve">[ ] KPI </w:t>
            </w:r>
            <w:r>
              <w:rPr>
                <w:sz w:val="19"/>
              </w:rPr>
              <w:t>dashboard / objectives report</w:t>
            </w:r>
          </w:p>
          <w:p w14:paraId="4BC7AD70" w14:textId="77777777" w:rsidR="00D4248B" w:rsidRDefault="003E4FF0">
            <w:pPr>
              <w:pStyle w:val="ListBullet"/>
              <w:spacing w:after="40"/>
            </w:pPr>
            <w:r>
              <w:rPr>
                <w:sz w:val="19"/>
              </w:rPr>
              <w:t>[ ] Internal audit summary and reports</w:t>
            </w:r>
          </w:p>
          <w:p w14:paraId="465582F2" w14:textId="77777777" w:rsidR="00D4248B" w:rsidRDefault="003E4FF0">
            <w:pPr>
              <w:pStyle w:val="ListBullet"/>
              <w:spacing w:after="40"/>
            </w:pPr>
            <w:r>
              <w:rPr>
                <w:sz w:val="19"/>
              </w:rPr>
              <w:t>[ ] Corrective action tracker export</w:t>
            </w:r>
          </w:p>
          <w:p w14:paraId="598D4EE9" w14:textId="77777777" w:rsidR="00D4248B" w:rsidRDefault="003E4FF0">
            <w:pPr>
              <w:pStyle w:val="ListBullet"/>
              <w:spacing w:after="40"/>
            </w:pPr>
            <w:r>
              <w:rPr>
                <w:sz w:val="19"/>
              </w:rPr>
              <w:t>[ ] Risk register, Risk Treatment Plan, and Statement of Applicability</w:t>
            </w:r>
          </w:p>
          <w:p w14:paraId="1D19280C" w14:textId="77777777" w:rsidR="00D4248B" w:rsidRDefault="003E4FF0">
            <w:pPr>
              <w:pStyle w:val="ListBullet"/>
              <w:spacing w:after="40"/>
            </w:pPr>
            <w:r>
              <w:rPr>
                <w:sz w:val="19"/>
              </w:rPr>
              <w:t>[ ] Incident summary</w:t>
            </w:r>
          </w:p>
          <w:p w14:paraId="6922214F" w14:textId="77777777" w:rsidR="00D4248B" w:rsidRDefault="003E4FF0">
            <w:pPr>
              <w:pStyle w:val="ListBullet"/>
              <w:spacing w:after="40"/>
            </w:pPr>
            <w:r>
              <w:rPr>
                <w:sz w:val="19"/>
              </w:rPr>
              <w:t>[ ] Supplier / security questionnaire log</w:t>
            </w:r>
          </w:p>
          <w:p w14:paraId="5D64C271" w14:textId="77777777" w:rsidR="00D4248B" w:rsidRDefault="003E4FF0">
            <w:pPr>
              <w:pStyle w:val="ListBullet"/>
              <w:spacing w:after="40"/>
            </w:pPr>
            <w:r>
              <w:rPr>
                <w:sz w:val="19"/>
              </w:rPr>
              <w:t>[ ] Training and</w:t>
            </w:r>
            <w:r>
              <w:rPr>
                <w:sz w:val="19"/>
              </w:rPr>
              <w:t xml:space="preserve"> awareness metrics</w:t>
            </w:r>
          </w:p>
          <w:p w14:paraId="7D8454B8" w14:textId="77777777" w:rsidR="00D4248B" w:rsidRDefault="003E4FF0">
            <w:pPr>
              <w:pStyle w:val="ListBullet"/>
              <w:spacing w:after="40"/>
            </w:pPr>
            <w:r>
              <w:rPr>
                <w:sz w:val="19"/>
              </w:rPr>
              <w:t>[ ] Change management summary</w:t>
            </w:r>
          </w:p>
          <w:p w14:paraId="58B317B8" w14:textId="77777777" w:rsidR="00D4248B" w:rsidRDefault="003E4FF0">
            <w:pPr>
              <w:pStyle w:val="ListBullet"/>
              <w:spacing w:after="40"/>
            </w:pPr>
            <w:r>
              <w:rPr>
                <w:sz w:val="19"/>
              </w:rPr>
              <w:t>[ ] Other supporting evidence</w:t>
            </w:r>
          </w:p>
        </w:tc>
      </w:tr>
    </w:tbl>
    <w:p w14:paraId="00E33A51" w14:textId="77777777" w:rsidR="00D4248B" w:rsidRDefault="00D4248B">
      <w:pPr>
        <w:spacing w:after="0"/>
      </w:pPr>
    </w:p>
    <w:p w14:paraId="2840E0A9" w14:textId="77777777" w:rsidR="00D4248B" w:rsidRDefault="003E4FF0">
      <w:pPr>
        <w:keepNext/>
        <w:spacing w:before="240" w:after="140"/>
      </w:pPr>
      <w:r>
        <w:rPr>
          <w:b/>
          <w:color w:val="111827"/>
          <w:sz w:val="30"/>
        </w:rPr>
        <w:t>12. Sign-Off</w:t>
      </w:r>
    </w:p>
    <w:p w14:paraId="5BF785D1" w14:textId="77777777" w:rsidR="00D4248B" w:rsidRDefault="003E4FF0">
      <w:r>
        <w:rPr>
          <w:sz w:val="20"/>
        </w:rPr>
        <w:t>The signatures below confirm that the minutes accurately record the management review, including key decisions and assigned actions.</w:t>
      </w:r>
    </w:p>
    <w:tbl>
      <w:tblPr>
        <w:tblW w:w="0" w:type="auto"/>
        <w:jc w:val="center"/>
        <w:tblBorders>
          <w:top w:val="single" w:sz="6" w:space="0" w:color="E5E7EB"/>
          <w:left w:val="single" w:sz="6" w:space="0" w:color="E5E7EB"/>
          <w:bottom w:val="single" w:sz="6" w:space="0" w:color="E5E7EB"/>
          <w:right w:val="single" w:sz="6" w:space="0" w:color="E5E7EB"/>
          <w:insideH w:val="single" w:sz="6" w:space="0" w:color="E5E7EB"/>
          <w:insideV w:val="single" w:sz="6" w:space="0" w:color="E5E7EB"/>
        </w:tblBorders>
        <w:tblLayout w:type="fixed"/>
        <w:tblLook w:val="04A0" w:firstRow="1" w:lastRow="0" w:firstColumn="1" w:lastColumn="0" w:noHBand="0" w:noVBand="1"/>
      </w:tblPr>
      <w:tblGrid>
        <w:gridCol w:w="3168"/>
        <w:gridCol w:w="5184"/>
        <w:gridCol w:w="1728"/>
      </w:tblGrid>
      <w:tr w:rsidR="00D4248B" w14:paraId="15F3C339" w14:textId="77777777">
        <w:trPr>
          <w:cantSplit/>
          <w:jc w:val="center"/>
        </w:trPr>
        <w:tc>
          <w:tcPr>
            <w:tcW w:w="3168" w:type="dxa"/>
            <w:shd w:val="clear" w:color="auto" w:fill="B7000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1D580C6" w14:textId="77777777" w:rsidR="00D4248B" w:rsidRDefault="003E4FF0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8"/>
              </w:rPr>
              <w:t>Role</w:t>
            </w:r>
          </w:p>
        </w:tc>
        <w:tc>
          <w:tcPr>
            <w:tcW w:w="5184" w:type="dxa"/>
            <w:shd w:val="clear" w:color="auto" w:fill="B7000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6BA05FF" w14:textId="77777777" w:rsidR="00D4248B" w:rsidRDefault="003E4FF0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8"/>
              </w:rPr>
              <w:t xml:space="preserve">Name / </w:t>
            </w:r>
            <w:r>
              <w:rPr>
                <w:b/>
                <w:color w:val="FFFFFF"/>
                <w:sz w:val="18"/>
              </w:rPr>
              <w:t>Signature</w:t>
            </w:r>
          </w:p>
        </w:tc>
        <w:tc>
          <w:tcPr>
            <w:tcW w:w="1728" w:type="dxa"/>
            <w:shd w:val="clear" w:color="auto" w:fill="B7000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984C7DA" w14:textId="77777777" w:rsidR="00D4248B" w:rsidRDefault="003E4FF0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8"/>
              </w:rPr>
              <w:t>Date</w:t>
            </w:r>
          </w:p>
        </w:tc>
      </w:tr>
      <w:tr w:rsidR="00D4248B" w14:paraId="1544E8F3" w14:textId="77777777">
        <w:trPr>
          <w:cantSplit/>
          <w:jc w:val="center"/>
        </w:trPr>
        <w:tc>
          <w:tcPr>
            <w:tcW w:w="316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395310E" w14:textId="77777777" w:rsidR="00D4248B" w:rsidRDefault="003E4FF0">
            <w:pPr>
              <w:spacing w:after="0" w:line="259" w:lineRule="auto"/>
            </w:pPr>
            <w:r>
              <w:rPr>
                <w:sz w:val="18"/>
              </w:rPr>
              <w:t>Chair / Top Management</w:t>
            </w:r>
          </w:p>
        </w:tc>
        <w:tc>
          <w:tcPr>
            <w:tcW w:w="518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87CDA3" w14:textId="77777777" w:rsidR="00D4248B" w:rsidRDefault="003E4FF0">
            <w:pPr>
              <w:spacing w:after="0" w:line="259" w:lineRule="auto"/>
            </w:pPr>
            <w:r>
              <w:rPr>
                <w:sz w:val="18"/>
              </w:rPr>
              <w:t>[Name / Signature]</w:t>
            </w:r>
          </w:p>
        </w:tc>
        <w:tc>
          <w:tcPr>
            <w:tcW w:w="172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DE8C11A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8"/>
              </w:rPr>
              <w:t>[Date]</w:t>
            </w:r>
          </w:p>
        </w:tc>
      </w:tr>
      <w:tr w:rsidR="00D4248B" w14:paraId="17FBB2BC" w14:textId="77777777">
        <w:trPr>
          <w:cantSplit/>
          <w:jc w:val="center"/>
        </w:trPr>
        <w:tc>
          <w:tcPr>
            <w:tcW w:w="316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FA97857" w14:textId="77777777" w:rsidR="00D4248B" w:rsidRDefault="003E4FF0">
            <w:pPr>
              <w:spacing w:after="0" w:line="259" w:lineRule="auto"/>
            </w:pPr>
            <w:r>
              <w:rPr>
                <w:sz w:val="18"/>
              </w:rPr>
              <w:t>ISMS Manager / Security Lead</w:t>
            </w:r>
          </w:p>
        </w:tc>
        <w:tc>
          <w:tcPr>
            <w:tcW w:w="518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37A4EB6" w14:textId="77777777" w:rsidR="00D4248B" w:rsidRDefault="003E4FF0">
            <w:pPr>
              <w:spacing w:after="0" w:line="259" w:lineRule="auto"/>
            </w:pPr>
            <w:r>
              <w:rPr>
                <w:sz w:val="18"/>
              </w:rPr>
              <w:t>[Name / Signature]</w:t>
            </w:r>
          </w:p>
        </w:tc>
        <w:tc>
          <w:tcPr>
            <w:tcW w:w="172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62A834B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8"/>
              </w:rPr>
              <w:t>[Date]</w:t>
            </w:r>
          </w:p>
        </w:tc>
      </w:tr>
      <w:tr w:rsidR="00D4248B" w14:paraId="708C71AF" w14:textId="77777777">
        <w:trPr>
          <w:cantSplit/>
          <w:jc w:val="center"/>
        </w:trPr>
        <w:tc>
          <w:tcPr>
            <w:tcW w:w="316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E048BA6" w14:textId="77777777" w:rsidR="00D4248B" w:rsidRDefault="003E4FF0">
            <w:pPr>
              <w:spacing w:after="0" w:line="259" w:lineRule="auto"/>
            </w:pPr>
            <w:r>
              <w:rPr>
                <w:sz w:val="18"/>
              </w:rPr>
              <w:t>Minute Taker</w:t>
            </w:r>
          </w:p>
        </w:tc>
        <w:tc>
          <w:tcPr>
            <w:tcW w:w="518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F6E1F5D" w14:textId="77777777" w:rsidR="00D4248B" w:rsidRDefault="003E4FF0">
            <w:pPr>
              <w:spacing w:after="0" w:line="259" w:lineRule="auto"/>
            </w:pPr>
            <w:r>
              <w:rPr>
                <w:sz w:val="18"/>
              </w:rPr>
              <w:t>[Name / Signature]</w:t>
            </w:r>
          </w:p>
        </w:tc>
        <w:tc>
          <w:tcPr>
            <w:tcW w:w="172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EB63E9A" w14:textId="77777777" w:rsidR="00D4248B" w:rsidRDefault="003E4FF0">
            <w:pPr>
              <w:spacing w:after="0" w:line="259" w:lineRule="auto"/>
              <w:jc w:val="center"/>
            </w:pPr>
            <w:r>
              <w:rPr>
                <w:sz w:val="18"/>
              </w:rPr>
              <w:t>[Date]</w:t>
            </w:r>
          </w:p>
        </w:tc>
      </w:tr>
    </w:tbl>
    <w:p w14:paraId="56F23B50" w14:textId="77777777" w:rsidR="003E4FF0" w:rsidRDefault="003E4FF0"/>
    <w:sectPr w:rsidR="003E4FF0" w:rsidSect="00034616">
      <w:footerReference w:type="default" r:id="rId8"/>
      <w:pgSz w:w="12240" w:h="15840"/>
      <w:pgMar w:top="936" w:right="1037" w:bottom="936" w:left="103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283256" w14:textId="77777777" w:rsidR="003E4FF0" w:rsidRDefault="003E4FF0">
      <w:pPr>
        <w:spacing w:after="0" w:line="240" w:lineRule="auto"/>
      </w:pPr>
      <w:r>
        <w:separator/>
      </w:r>
    </w:p>
  </w:endnote>
  <w:endnote w:type="continuationSeparator" w:id="0">
    <w:p w14:paraId="221F62C4" w14:textId="77777777" w:rsidR="003E4FF0" w:rsidRDefault="003E4F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AA2B4" w14:textId="77777777" w:rsidR="00D4248B" w:rsidRDefault="003E4FF0">
    <w:pPr>
      <w:pStyle w:val="Footer"/>
      <w:jc w:val="center"/>
    </w:pPr>
    <w:r>
      <w:rPr>
        <w:color w:val="6B7280"/>
        <w:sz w:val="16"/>
      </w:rPr>
      <w:t xml:space="preserve">Canadian Cyber | ISO 27001 Management Review Minutes Template | </w:t>
    </w:r>
    <w:r>
      <w:rPr>
        <w:color w:val="6B7280"/>
        <w:sz w:val="16"/>
      </w:rPr>
      <w:t>canadiancyber.ca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08D5DD" w14:textId="77777777" w:rsidR="003E4FF0" w:rsidRDefault="003E4FF0">
      <w:pPr>
        <w:spacing w:after="0" w:line="240" w:lineRule="auto"/>
      </w:pPr>
      <w:r>
        <w:separator/>
      </w:r>
    </w:p>
  </w:footnote>
  <w:footnote w:type="continuationSeparator" w:id="0">
    <w:p w14:paraId="35B8F06F" w14:textId="77777777" w:rsidR="003E4FF0" w:rsidRDefault="003E4F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E4FF0"/>
    <w:rsid w:val="009B640D"/>
    <w:rsid w:val="00AA1D8D"/>
    <w:rsid w:val="00B47730"/>
    <w:rsid w:val="00CB0664"/>
    <w:rsid w:val="00D4248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14DFDD0"/>
  <w14:defaultImageDpi w14:val="300"/>
  <w15:docId w15:val="{2DE1107B-1564-4695-8BBB-F32E2B862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color w:val="374151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11827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11827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11827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1347</Words>
  <Characters>7682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9011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Dell Latitude 3410</cp:lastModifiedBy>
  <cp:revision>2</cp:revision>
  <dcterms:created xsi:type="dcterms:W3CDTF">2026-10-13T05:52:00Z</dcterms:created>
  <dcterms:modified xsi:type="dcterms:W3CDTF">2026-10-13T05:52:00Z</dcterms:modified>
  <cp:category/>
</cp:coreProperties>
</file>